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DEMANDE DE RENDEZ-VOUS MÉDICAL PAR MAIL</w:t>
      </w:r>
    </w:p>
    <w:p/>
    <w:p/>
    <w:p>
      <w:r>
        <w:rPr>
          <w:b/>
          <w:sz w:val="20"/>
        </w:rPr>
        <w:t>Objet :</w:t>
      </w:r>
    </w:p>
    <w:p>
      <w:r>
        <w:rPr>
          <w:b w:val="0"/>
          <w:sz w:val="20"/>
        </w:rPr>
        <w:t>Demande de rendez-vous médical</w:t>
      </w:r>
    </w:p>
    <w:p/>
    <w:p>
      <w:r>
        <w:rPr>
          <w:b w:val="0"/>
          <w:sz w:val="20"/>
        </w:rPr>
        <w:t>Madame, Monsieur,</w:t>
      </w:r>
    </w:p>
    <w:p/>
    <w:p>
      <w:r>
        <w:rPr>
          <w:b w:val="0"/>
          <w:sz w:val="20"/>
        </w:rPr>
        <w:t>Je me permets de vous contacter afin de solliciter un rendez-vous médical dans les meilleurs délais.</w:t>
      </w:r>
    </w:p>
    <w:p/>
    <w:p>
      <w:r>
        <w:rPr>
          <w:b/>
          <w:sz w:val="20"/>
        </w:rPr>
        <w:t>Informations du patient :</w:t>
      </w:r>
    </w:p>
    <w:p>
      <w:r>
        <w:rPr>
          <w:b w:val="0"/>
          <w:sz w:val="20"/>
        </w:rPr>
        <w:t>Nom et prénom : ___________________________________________________</w:t>
      </w:r>
    </w:p>
    <w:p>
      <w:r>
        <w:rPr>
          <w:b w:val="0"/>
          <w:sz w:val="20"/>
        </w:rPr>
        <w:t>Date de naissance : ________________________________________________</w:t>
      </w:r>
    </w:p>
    <w:p>
      <w:r>
        <w:rPr>
          <w:b w:val="0"/>
          <w:sz w:val="20"/>
        </w:rPr>
        <w:t>Adresse : _________________________________________________________</w:t>
      </w:r>
    </w:p>
    <w:p>
      <w:r>
        <w:rPr>
          <w:b w:val="0"/>
          <w:sz w:val="20"/>
        </w:rPr>
        <w:t>Numéro de téléphone : _____________________________________________</w:t>
      </w:r>
    </w:p>
    <w:p>
      <w:r>
        <w:rPr>
          <w:b w:val="0"/>
          <w:sz w:val="20"/>
        </w:rPr>
        <w:t>Adresse e-mail : _________________________________________________</w:t>
      </w:r>
    </w:p>
    <w:p/>
    <w:p>
      <w:r>
        <w:rPr>
          <w:b/>
          <w:sz w:val="20"/>
        </w:rPr>
        <w:t>Motif de la consultation :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/>
    <w:p>
      <w:r>
        <w:rPr>
          <w:b/>
          <w:sz w:val="20"/>
        </w:rPr>
        <w:t>Mes disponibilités pour ce rendez-vous sont les suivantes :</w:t>
      </w:r>
    </w:p>
    <w:p>
      <w:r>
        <w:rPr>
          <w:b w:val="0"/>
          <w:sz w:val="20"/>
        </w:rPr>
        <w:t>- 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</w:t>
      </w:r>
    </w:p>
    <w:p/>
    <w:p>
      <w:r>
        <w:rPr>
          <w:b w:val="0"/>
          <w:sz w:val="20"/>
        </w:rPr>
        <w:t>Je vous remercie par avance de bien vouloir me confirmer la date et l’heure du rendez-vous.</w:t>
      </w:r>
    </w:p>
    <w:p/>
    <w:p>
      <w:r>
        <w:rPr>
          <w:b/>
          <w:sz w:val="20"/>
        </w:rPr>
        <w:t>Pièces jointes :</w:t>
      </w:r>
    </w:p>
    <w:p>
      <w:r>
        <w:rPr>
          <w:b w:val="0"/>
          <w:sz w:val="20"/>
        </w:rPr>
        <w:t>Le cas échéant, vous trouverez en pièce jointe les documents médicaux nécessaires à la bonne prise en charge (ordonnances, analyses, compte-rendus, etc.).</w:t>
      </w:r>
    </w:p>
    <w:p/>
    <w:p>
      <w:r>
        <w:rPr>
          <w:b w:val="0"/>
          <w:sz w:val="20"/>
        </w:rPr>
        <w:t>Je vous remercie de prendre en compte la confidentialité de ces informations conformément à la réglementation en vigueur.</w:t>
      </w:r>
    </w:p>
    <w:p/>
    <w:p/>
    <w:p>
      <w:r>
        <w:rPr>
          <w:b w:val="0"/>
          <w:sz w:val="20"/>
        </w:rPr>
        <w:t>Je vous prie d’agréer, Madame, Monsieur, l’expression de mes salutations distinguées.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et Prénom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Signature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___________________________________________________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https://juridique-administration.com/solliciter-un-rendez-vous-medical-par-mail/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solliciter-un-rendez-vous-medical-par-mail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