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RÉSILIATION DE CONTRAT</w:t>
      </w:r>
    </w:p>
    <w:p/>
    <w:p>
      <w:r>
        <w:rPr>
          <w:b/>
          <w:sz w:val="20"/>
        </w:rPr>
        <w:t>Entre les soussignés :</w:t>
      </w:r>
    </w:p>
    <w:p>
      <w:r>
        <w:rPr>
          <w:b w:val="0"/>
          <w:sz w:val="20"/>
        </w:rPr>
        <w:t>Nom / Raison sociale : _____________________________________________</w:t>
      </w:r>
    </w:p>
    <w:p>
      <w:r>
        <w:rPr>
          <w:b w:val="0"/>
          <w:sz w:val="20"/>
        </w:rPr>
        <w:t>Adresse : _________________________________________________________</w:t>
      </w:r>
    </w:p>
    <w:p>
      <w:r>
        <w:rPr>
          <w:b w:val="0"/>
          <w:sz w:val="20"/>
        </w:rPr>
        <w:t>Représenté(e) par : ________________________________________________</w:t>
      </w:r>
    </w:p>
    <w:p>
      <w:r>
        <w:rPr>
          <w:b w:val="0"/>
          <w:sz w:val="20"/>
        </w:rPr>
        <w:t>Ci-après dénommé(e) « le Contractant 1 »</w:t>
      </w:r>
    </w:p>
    <w:p/>
    <w:p>
      <w:r>
        <w:rPr>
          <w:b/>
          <w:sz w:val="20"/>
        </w:rPr>
        <w:t>Et :</w:t>
      </w:r>
    </w:p>
    <w:p>
      <w:r>
        <w:rPr>
          <w:b w:val="0"/>
          <w:sz w:val="20"/>
        </w:rPr>
        <w:t>Nom / Raison sociale : _____________________________________________</w:t>
      </w:r>
    </w:p>
    <w:p>
      <w:r>
        <w:rPr>
          <w:b w:val="0"/>
          <w:sz w:val="20"/>
        </w:rPr>
        <w:t>Adresse : _________________________________________________________</w:t>
      </w:r>
    </w:p>
    <w:p>
      <w:r>
        <w:rPr>
          <w:b w:val="0"/>
          <w:sz w:val="20"/>
        </w:rPr>
        <w:t>Représenté(e) par : ________________________________________________</w:t>
      </w:r>
    </w:p>
    <w:p>
      <w:r>
        <w:rPr>
          <w:b w:val="0"/>
          <w:sz w:val="20"/>
        </w:rPr>
        <w:t>Ci-après dénommé(e) « le Contractant 2 »</w:t>
      </w:r>
    </w:p>
    <w:p/>
    <w:p/>
    <w:p>
      <w:r>
        <w:rPr>
          <w:b/>
          <w:sz w:val="20"/>
        </w:rPr>
        <w:t>Objet de la résiliation :</w:t>
      </w:r>
    </w:p>
    <w:p>
      <w:r>
        <w:rPr>
          <w:b w:val="0"/>
          <w:sz w:val="20"/>
        </w:rPr>
        <w:t>Le présent document formalise la résiliation du contrat conclu entre les parties portant sur :</w:t>
      </w:r>
    </w:p>
    <w:p>
      <w:r>
        <w:rPr>
          <w:b w:val="0"/>
          <w:sz w:val="20"/>
        </w:rPr>
        <w:t>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</w:t>
      </w:r>
    </w:p>
    <w:p/>
    <w:p>
      <w:r>
        <w:rPr>
          <w:b/>
          <w:sz w:val="20"/>
        </w:rPr>
        <w:t>Motifs de la résiliation :</w:t>
      </w:r>
    </w:p>
    <w:p>
      <w:r>
        <w:rPr>
          <w:b w:val="0"/>
          <w:sz w:val="20"/>
        </w:rPr>
        <w:t>Les parties conviennent de résilier le contrat pour les raisons suivantes :</w:t>
      </w:r>
    </w:p>
    <w:p>
      <w:r>
        <w:rPr>
          <w:b w:val="0"/>
          <w:sz w:val="20"/>
        </w:rPr>
        <w:t>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</w:t>
      </w:r>
    </w:p>
    <w:p/>
    <w:p>
      <w:r>
        <w:rPr>
          <w:b/>
          <w:sz w:val="20"/>
        </w:rPr>
        <w:t>Date d’effet de la résiliation :</w:t>
      </w:r>
    </w:p>
    <w:p>
      <w:r>
        <w:rPr>
          <w:b w:val="0"/>
          <w:sz w:val="20"/>
        </w:rPr>
        <w:t>La résiliation prendra effet à compter du jour suivant la signature du présent document,</w:t>
      </w:r>
    </w:p>
    <w:p>
      <w:r>
        <w:rPr>
          <w:b w:val="0"/>
          <w:sz w:val="20"/>
        </w:rPr>
        <w:t>sauf disposition contraire expressément indiquée ci-dessous :</w:t>
      </w:r>
    </w:p>
    <w:p>
      <w:r>
        <w:rPr>
          <w:b w:val="0"/>
          <w:sz w:val="20"/>
        </w:rPr>
        <w:t>___________________________________________________________________</w:t>
      </w:r>
    </w:p>
    <w:p/>
    <w:p>
      <w:r>
        <w:rPr>
          <w:b/>
          <w:sz w:val="20"/>
        </w:rPr>
        <w:t>Conséquences de la résiliation :</w:t>
      </w:r>
    </w:p>
    <w:p>
      <w:r>
        <w:rPr>
          <w:b w:val="0"/>
          <w:sz w:val="20"/>
        </w:rPr>
        <w:t>Les parties conviennent des modalités suivantes concernant la fin de leurs obligations :</w:t>
      </w:r>
    </w:p>
    <w:p>
      <w:r>
        <w:rPr>
          <w:b w:val="0"/>
          <w:sz w:val="20"/>
        </w:rPr>
        <w:t>- Restitution des biens, documents et informations liés au contrat : _______________</w:t>
      </w:r>
    </w:p>
    <w:p>
      <w:r>
        <w:rPr>
          <w:b w:val="0"/>
          <w:sz w:val="20"/>
        </w:rPr>
        <w:t>- Paiement des sommes dues au titre du contrat jusqu’à la date d’effet : ___________</w:t>
      </w:r>
    </w:p>
    <w:p>
      <w:r>
        <w:rPr>
          <w:b w:val="0"/>
          <w:sz w:val="20"/>
        </w:rPr>
        <w:t>- Renonciation à toute réclamation ultérieure liée au contrat résilié : ______________</w:t>
      </w:r>
    </w:p>
    <w:p>
      <w:r>
        <w:rPr>
          <w:b w:val="0"/>
          <w:sz w:val="20"/>
        </w:rPr>
        <w:t>___________________________________________________________________</w:t>
      </w:r>
    </w:p>
    <w:p/>
    <w:p>
      <w:r>
        <w:rPr>
          <w:b/>
          <w:sz w:val="20"/>
        </w:rPr>
        <w:t>Clause de confidentialité :</w:t>
      </w:r>
    </w:p>
    <w:p>
      <w:r>
        <w:rPr>
          <w:b w:val="0"/>
          <w:sz w:val="20"/>
        </w:rPr>
        <w:t>Les parties s’engagent à garder confidentielles les informations échangées dans le cadre du présent contrat,</w:t>
      </w:r>
    </w:p>
    <w:p>
      <w:r>
        <w:rPr>
          <w:b w:val="0"/>
          <w:sz w:val="20"/>
        </w:rPr>
        <w:t>y compris après la résiliation, sauf accord écrit contraire ou obligation légale.</w:t>
      </w:r>
    </w:p>
    <w:p/>
    <w:p>
      <w:r>
        <w:rPr>
          <w:b/>
          <w:sz w:val="20"/>
        </w:rPr>
        <w:t>Clause de non-recours :</w:t>
      </w:r>
    </w:p>
    <w:p>
      <w:r>
        <w:rPr>
          <w:b w:val="0"/>
          <w:sz w:val="20"/>
        </w:rPr>
        <w:t>Chaque partie renonce expressément à toute action, recours ou demande d’indemnisation relative au contrat résilié,</w:t>
      </w:r>
    </w:p>
    <w:p>
      <w:r>
        <w:rPr>
          <w:b w:val="0"/>
          <w:sz w:val="20"/>
        </w:rPr>
        <w:t>sous réserve des dispositions spécifiques prévues ci-dessus.</w:t>
      </w:r>
    </w:p>
    <w:p/>
    <w:p>
      <w:r>
        <w:rPr>
          <w:b/>
          <w:sz w:val="20"/>
        </w:rPr>
        <w:t>Dispositions finales :</w:t>
      </w:r>
    </w:p>
    <w:p>
      <w:r>
        <w:rPr>
          <w:b w:val="0"/>
          <w:sz w:val="20"/>
        </w:rPr>
        <w:t>Le présent document constitue l’intégralité de l’accord entre les parties concernant la résiliation du contrat.</w:t>
      </w:r>
    </w:p>
    <w:p>
      <w:r>
        <w:rPr>
          <w:b w:val="0"/>
          <w:sz w:val="20"/>
        </w:rPr>
        <w:t>Tout avenant doit être établi par écrit et signé par les parties.</w:t>
      </w:r>
    </w:p>
    <w:p>
      <w:r>
        <w:rPr>
          <w:b w:val="0"/>
          <w:sz w:val="20"/>
        </w:rPr>
        <w:t>En cas de litige, les parties s’engagent à rechercher une solution amiable avant toute action judiciaire.</w:t>
      </w:r>
    </w:p>
    <w:p>
      <w:r>
        <w:rPr>
          <w:b w:val="0"/>
          <w:sz w:val="20"/>
        </w:rPr>
        <w:t>Le présent document est soumis au droit français.</w:t>
      </w:r>
    </w:p>
    <w:p/>
    <w:p/>
    <w:p>
      <w:r>
        <w:rPr>
          <w:b w:val="0"/>
          <w:sz w:val="20"/>
        </w:rPr>
        <w:t>Lieu de signature : ________________________________________________</w:t>
      </w:r>
    </w:p>
    <w:p>
      <w:r>
        <w:rPr>
          <w:b w:val="0"/>
          <w:sz w:val="20"/>
        </w:rPr>
        <w:t>Date : 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CONTRACTANT 1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CONTRACTANT 2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et fonction : 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et fonction : 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https://juridique-administration.com/resiliation-de-contrat/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https://juridique-administration.com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juridique-administration.com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administration.com/resiliation-de-contrat/" TargetMode="External"/><Relationship Id="rId10" Type="http://schemas.openxmlformats.org/officeDocument/2006/relationships/hyperlink" Target="https://juridique-administr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