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RENDEZ-VOUS AVEC LA MAÎTRESSE DE MATERNELLE</w:t>
      </w:r>
    </w:p>
    <w:p/>
    <w:p>
      <w:r>
        <w:rPr>
          <w:b/>
          <w:sz w:val="20"/>
        </w:rPr>
        <w:t>Informations Générales :</w:t>
      </w:r>
    </w:p>
    <w:p>
      <w:r>
        <w:rPr>
          <w:b w:val="0"/>
          <w:sz w:val="20"/>
        </w:rPr>
        <w:t>Nom de l’enfant : _________________________________________________</w:t>
      </w:r>
    </w:p>
    <w:p>
      <w:r>
        <w:rPr>
          <w:b w:val="0"/>
          <w:sz w:val="20"/>
        </w:rPr>
        <w:t>Date de naissance : ________________________________________________</w:t>
      </w:r>
    </w:p>
    <w:p>
      <w:r>
        <w:rPr>
          <w:b w:val="0"/>
          <w:sz w:val="20"/>
        </w:rPr>
        <w:t>Nom des parents : _________________________________________________</w:t>
      </w:r>
    </w:p>
    <w:p>
      <w:r>
        <w:rPr>
          <w:b w:val="0"/>
          <w:sz w:val="20"/>
        </w:rPr>
        <w:t>Téléphone(s) des parents : 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Objet du rendez-vous :</w:t>
      </w:r>
    </w:p>
    <w:p>
      <w:r>
        <w:rPr>
          <w:b w:val="0"/>
          <w:sz w:val="20"/>
        </w:rPr>
        <w:t>Veuillez indiquer les points que vous souhaitez aborder lors de ce rendez-vous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Informations concernant l’enfant :</w:t>
      </w:r>
    </w:p>
    <w:p>
      <w:r>
        <w:rPr>
          <w:b w:val="0"/>
          <w:sz w:val="20"/>
        </w:rPr>
        <w:t>Alimentation (allaitement, repas, allergies, préférences...)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Sommeil (rythme, siestes, difficultés...)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Santé (pathologies, traitements, allergies...)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Développement (marche, langage, motricité...) :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Comportement et socialisation :</w:t>
      </w:r>
    </w:p>
    <w:p>
      <w:r>
        <w:rPr>
          <w:b w:val="0"/>
          <w:sz w:val="20"/>
        </w:rPr>
        <w:t>Comportement général de l’enfant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Relations avec les autres enfants 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Points particuliers à signaler :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Besoins particuliers et attentes :</w:t>
      </w:r>
    </w:p>
    <w:p>
      <w:r>
        <w:rPr>
          <w:b w:val="0"/>
          <w:sz w:val="20"/>
        </w:rPr>
        <w:t>Avez-vous des besoins spécifiques à communiquer à la maîtresse ?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Quelles sont vos attentes concernant la scolarité de votre enfant ?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Organisation du rendez-vous :</w:t>
      </w:r>
    </w:p>
    <w:p>
      <w:r>
        <w:rPr>
          <w:b w:val="0"/>
          <w:sz w:val="20"/>
        </w:rPr>
        <w:t>Date proposée : _________________________________________________</w:t>
      </w:r>
    </w:p>
    <w:p>
      <w:r>
        <w:rPr>
          <w:b w:val="0"/>
          <w:sz w:val="20"/>
        </w:rPr>
        <w:t>Heure proposée : _________________________________________________</w:t>
      </w:r>
    </w:p>
    <w:p>
      <w:r>
        <w:rPr>
          <w:b w:val="0"/>
          <w:sz w:val="20"/>
        </w:rPr>
        <w:t>Lieu : École maternelle - salle de réunion ou bureau de la maîtresse</w:t>
      </w:r>
    </w:p>
    <w:p/>
    <w:p>
      <w:r>
        <w:rPr>
          <w:b/>
          <w:sz w:val="20"/>
        </w:rPr>
        <w:t>Engagements :</w:t>
      </w:r>
    </w:p>
    <w:p>
      <w:r>
        <w:rPr>
          <w:b w:val="0"/>
          <w:sz w:val="20"/>
        </w:rPr>
        <w:t>Les parents s’engagent à respecter les horaires et le cadre de ce rendez-vous.</w:t>
      </w:r>
    </w:p>
    <w:p>
      <w:r>
        <w:rPr>
          <w:b w:val="0"/>
          <w:sz w:val="20"/>
        </w:rPr>
        <w:t>La maîtresse s’engage à écouter avec attention et confidentialité les informations transmises.</w:t>
      </w:r>
    </w:p>
    <w:p>
      <w:r>
        <w:rPr>
          <w:b w:val="0"/>
          <w:sz w:val="20"/>
        </w:rPr>
        <w:t>Les informations échangées seront traitées conformément au respect de la vie privée et au règlement intérieur de l’école.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MAÎTRESSE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https://juridique-administration.com/rdv-maitresse-maternelle/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rdv-maitresse-maternel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