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MANDAT DE RÉSILIATION</w:t>
      </w:r>
    </w:p>
    <w:p/>
    <w:p>
      <w:r>
        <w:rPr>
          <w:b w:val="0"/>
          <w:sz w:val="20"/>
        </w:rPr>
        <w:t>Lieu : ____________________________    Référence : ____________________________</w:t>
      </w:r>
    </w:p>
    <w:p/>
    <w:p>
      <w:r>
        <w:rPr>
          <w:b/>
          <w:sz w:val="20"/>
        </w:rPr>
        <w:t>Données du Mandant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: ____________________ Ville : 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Données du Mandataire :</w:t>
      </w:r>
    </w:p>
    <w:p>
      <w:r>
        <w:rPr>
          <w:b w:val="0"/>
          <w:sz w:val="20"/>
        </w:rPr>
        <w:t>Nom et Prénom / Société : 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: ____________________ Ville : 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Objet du mandat :</w:t>
      </w:r>
    </w:p>
    <w:p>
      <w:r>
        <w:rPr>
          <w:b w:val="0"/>
          <w:sz w:val="20"/>
        </w:rPr>
        <w:t>Le Mandant donne mandat au Mandataire de procéder en son nom et pour son compte à la résiliation des contrats et abonnements listés ci-dessous, selon les conditions applicables à chacun d’eux.</w:t>
      </w:r>
    </w:p>
    <w:p/>
    <w:p>
      <w:r>
        <w:rPr>
          <w:b/>
          <w:sz w:val="20"/>
        </w:rPr>
        <w:t>Liste des contrats et abonnements à résilier :</w:t>
      </w:r>
    </w:p>
    <w:p>
      <w:r>
        <w:rPr>
          <w:b w:val="0"/>
          <w:sz w:val="20"/>
        </w:rPr>
        <w:t>1. Contrat/Abonnement : ______________________________________________</w:t>
      </w:r>
    </w:p>
    <w:p>
      <w:r>
        <w:rPr>
          <w:b w:val="0"/>
          <w:sz w:val="20"/>
        </w:rPr>
        <w:t>Numéro de contrat : _________________________________________________</w:t>
      </w:r>
    </w:p>
    <w:p>
      <w:r>
        <w:rPr>
          <w:b w:val="0"/>
          <w:sz w:val="20"/>
        </w:rPr>
        <w:t>Prestataire : _______________________________________________________</w:t>
      </w:r>
    </w:p>
    <w:p>
      <w:r>
        <w:rPr>
          <w:b w:val="0"/>
          <w:sz w:val="20"/>
        </w:rPr>
        <w:t>Date de souscription : ______________________________________________</w:t>
      </w:r>
    </w:p>
    <w:p/>
    <w:p>
      <w:r>
        <w:rPr>
          <w:b w:val="0"/>
          <w:sz w:val="20"/>
        </w:rPr>
        <w:t>2. Contrat/Abonnement : ______________________________________________</w:t>
      </w:r>
    </w:p>
    <w:p>
      <w:r>
        <w:rPr>
          <w:b w:val="0"/>
          <w:sz w:val="20"/>
        </w:rPr>
        <w:t>Numéro de contrat : _________________________________________________</w:t>
      </w:r>
    </w:p>
    <w:p>
      <w:r>
        <w:rPr>
          <w:b w:val="0"/>
          <w:sz w:val="20"/>
        </w:rPr>
        <w:t>Prestataire : _______________________________________________________</w:t>
      </w:r>
    </w:p>
    <w:p>
      <w:r>
        <w:rPr>
          <w:b w:val="0"/>
          <w:sz w:val="20"/>
        </w:rPr>
        <w:t>Date de souscription : ______________________________________________</w:t>
      </w:r>
    </w:p>
    <w:p/>
    <w:p>
      <w:r>
        <w:rPr>
          <w:b w:val="0"/>
          <w:sz w:val="20"/>
        </w:rPr>
        <w:t>3. Contrat/Abonnement : ______________________________________________</w:t>
      </w:r>
    </w:p>
    <w:p>
      <w:r>
        <w:rPr>
          <w:b w:val="0"/>
          <w:sz w:val="20"/>
        </w:rPr>
        <w:t>Numéro de contrat : _________________________________________________</w:t>
      </w:r>
    </w:p>
    <w:p>
      <w:r>
        <w:rPr>
          <w:b w:val="0"/>
          <w:sz w:val="20"/>
        </w:rPr>
        <w:t>Prestataire : _______________________________________________________</w:t>
      </w:r>
    </w:p>
    <w:p>
      <w:r>
        <w:rPr>
          <w:b w:val="0"/>
          <w:sz w:val="20"/>
        </w:rPr>
        <w:t>Date de souscription : ______________________________________________</w:t>
      </w:r>
    </w:p>
    <w:p/>
    <w:p>
      <w:r>
        <w:rPr>
          <w:b w:val="0"/>
          <w:sz w:val="20"/>
        </w:rPr>
        <w:t>(* Ajouter des lignes si nécessaire *)</w:t>
      </w:r>
    </w:p>
    <w:p/>
    <w:p>
      <w:r>
        <w:rPr>
          <w:b/>
          <w:sz w:val="20"/>
        </w:rPr>
        <w:t>Pouvoirs conférés au Mandataire :</w:t>
      </w:r>
    </w:p>
    <w:p>
      <w:r>
        <w:rPr>
          <w:b w:val="0"/>
          <w:sz w:val="20"/>
        </w:rPr>
        <w:t>Le Mandataire est expressément autorisé à accomplir toutes démarches nécessaires à la bonne exécution du présent mandat, notamment :</w:t>
      </w:r>
    </w:p>
    <w:p>
      <w:r>
        <w:rPr>
          <w:b w:val="0"/>
          <w:sz w:val="20"/>
        </w:rPr>
        <w:t>- Envoyer les courriers de résiliation, y compris par lettre recommandée avec accusé de réception,</w:t>
      </w:r>
    </w:p>
    <w:p>
      <w:r>
        <w:rPr>
          <w:b w:val="0"/>
          <w:sz w:val="20"/>
        </w:rPr>
        <w:t>- Suivre le traitement des demandes auprès des prestataires,</w:t>
      </w:r>
    </w:p>
    <w:p>
      <w:r>
        <w:rPr>
          <w:b w:val="0"/>
          <w:sz w:val="20"/>
        </w:rPr>
        <w:t>- Obtenir toutes informations utiles à la résiliation des contrats concernés.</w:t>
      </w:r>
    </w:p>
    <w:p/>
    <w:p>
      <w:r>
        <w:rPr>
          <w:b/>
          <w:sz w:val="20"/>
        </w:rPr>
        <w:t>Durée et prise d’effet du mandat :</w:t>
      </w:r>
    </w:p>
    <w:p>
      <w:r>
        <w:rPr>
          <w:b w:val="0"/>
          <w:sz w:val="20"/>
        </w:rPr>
        <w:t>Le présent mandat prend effet à compter de sa signature et reste valable jusqu’à la complète exécution des démarches de résiliation mentionnées ci-dessus.</w:t>
      </w:r>
    </w:p>
    <w:p/>
    <w:p>
      <w:r>
        <w:rPr>
          <w:b/>
          <w:sz w:val="20"/>
        </w:rPr>
        <w:t>Responsabilités :</w:t>
      </w:r>
    </w:p>
    <w:p>
      <w:r>
        <w:rPr>
          <w:b w:val="0"/>
          <w:sz w:val="20"/>
        </w:rPr>
        <w:t>Le Mandataire s’engage à agir avec diligence et loyauté dans l’exécution du présent mandat. Le Mandant demeure responsable des conséquences de la résiliation des contrats selon les conditions contractuelles en vigueur.</w:t>
      </w:r>
    </w:p>
    <w:p/>
    <w:p>
      <w:r>
        <w:rPr>
          <w:b/>
          <w:sz w:val="20"/>
        </w:rPr>
        <w:t>Dispositions diverses :</w:t>
      </w:r>
    </w:p>
    <w:p>
      <w:r>
        <w:rPr>
          <w:b w:val="0"/>
          <w:sz w:val="20"/>
        </w:rPr>
        <w:t>Le présent mandat est soumis au droit français. Toute contestation relative à son interprétation ou son exécution sera portée devant les juridictions compétentes.</w:t>
      </w:r>
    </w:p>
    <w:p/>
    <w:p/>
    <w:p>
      <w:r>
        <w:rPr>
          <w:b w:val="0"/>
          <w:sz w:val="20"/>
        </w:rPr>
        <w:t>Fait à : ____________________________</w:t>
      </w:r>
    </w:p>
    <w:p>
      <w:r>
        <w:rPr>
          <w:b w:val="0"/>
          <w:sz w:val="20"/>
        </w:rPr>
        <w:t>Le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https://juridique-administration.com/modele-mandat-de-resiliation/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mandat-de-resiliat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