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MODELE DE LETTRE DE RÉSILIATION DE MANDAT DE SYNDIC DE COPROPRIÉTÉ</w:t>
      </w:r>
    </w:p>
    <w:p/>
    <w:p/>
    <w:p>
      <w:r>
        <w:rPr>
          <w:b w:val="0"/>
          <w:sz w:val="20"/>
        </w:rPr>
        <w:t>Nom et prénom du copropriétaire : __________________________________________</w:t>
      </w:r>
    </w:p>
    <w:p>
      <w:r>
        <w:rPr>
          <w:b w:val="0"/>
          <w:sz w:val="20"/>
        </w:rPr>
        <w:t>Adresse de la copropriété : _________________________________________________</w:t>
      </w:r>
    </w:p>
    <w:p>
      <w:r>
        <w:rPr>
          <w:b w:val="0"/>
          <w:sz w:val="20"/>
        </w:rPr>
        <w:t>Coordonnées du copropriétaire : _____________________________________________</w:t>
      </w:r>
    </w:p>
    <w:p/>
    <w:p/>
    <w:p>
      <w:r>
        <w:rPr>
          <w:b w:val="0"/>
          <w:sz w:val="20"/>
        </w:rPr>
        <w:t>Nom du Syndic : ____________________________________________________________</w:t>
      </w:r>
    </w:p>
    <w:p>
      <w:r>
        <w:rPr>
          <w:b w:val="0"/>
          <w:sz w:val="20"/>
        </w:rPr>
        <w:t>Adresse du Syndic : _________________________________________________________</w:t>
      </w:r>
    </w:p>
    <w:p>
      <w:r>
        <w:rPr>
          <w:b w:val="0"/>
          <w:sz w:val="20"/>
        </w:rPr>
        <w:t>Coordonnées du Syndic : _____________________________________________________</w:t>
      </w:r>
    </w:p>
    <w:p/>
    <w:p/>
    <w:p>
      <w:r>
        <w:rPr>
          <w:b/>
          <w:sz w:val="20"/>
        </w:rPr>
        <w:t>Objet : Résiliation du mandat de syndic de copropriété</w:t>
      </w:r>
    </w:p>
    <w:p/>
    <w:p>
      <w:r>
        <w:rPr>
          <w:b w:val="0"/>
          <w:sz w:val="20"/>
        </w:rPr>
        <w:t>Madame, Monsieur,</w:t>
      </w:r>
    </w:p>
    <w:p/>
    <w:p>
      <w:r>
        <w:rPr>
          <w:b w:val="0"/>
          <w:sz w:val="20"/>
        </w:rPr>
        <w:t xml:space="preserve">Par la présente, je vous informe de ma décision de résilier le mandat de syndic que vous exercez au sein de la copropriété située à l'adresse susmentionnée. Cette décision intervient conformément aux dispositions des articles 18-1 et suivants de la loi du 10 juillet 1965 fixant le statut de la copropriété des immeubles bâtis, régissant la nomination et la révocation du syndic. </w:t>
      </w:r>
    </w:p>
    <w:p/>
    <w:p>
      <w:r>
        <w:rPr>
          <w:b w:val="0"/>
          <w:sz w:val="20"/>
        </w:rPr>
        <w:t>En effet, le mandat qui vous lie à la copropriété arrivera à échéance à l'issue de la prochaine assemblée générale des copropriétaires, et je vous notifie par la présente ma volonté de ne pas renouveler ce mandat. Je vous demande donc de préparer l'ensemble des documents et comptes nécessaires à la passation des pouvoirs avec le prochain syndic qui sera désigné par l'assemblée générale.</w:t>
      </w:r>
    </w:p>
    <w:p/>
    <w:p>
      <w:r>
        <w:rPr>
          <w:b w:val="0"/>
          <w:sz w:val="20"/>
        </w:rPr>
        <w:t>Je vous prie par ailleurs de bien vouloir assurer, jusqu’à la date de la prise d'effet de la fin du mandat, la bonne gestion administrative, financière et technique de la copropriété, conformément aux obligations légales et contractuelles.</w:t>
      </w:r>
    </w:p>
    <w:p/>
    <w:p>
      <w:r>
        <w:rPr>
          <w:b w:val="0"/>
          <w:sz w:val="20"/>
        </w:rPr>
        <w:t>Je vous remercie de bien vouloir accuser réception de cette lettre et de me confirmer la prise en compte de cette résiliation.</w:t>
      </w:r>
    </w:p>
    <w:p/>
    <w:p/>
    <w:p>
      <w:r>
        <w:rPr>
          <w:b w:val="0"/>
          <w:sz w:val="20"/>
        </w:rPr>
        <w:t>Je reste à votre disposition pour toute information complémentaire et vous prie d’agréer, Madame, Monsieur, l’expression de mes salutations distinguées.</w:t>
      </w:r>
    </w:p>
    <w:p/>
    <w:p/>
    <w:p/>
    <w:p>
      <w:r>
        <w:rPr>
          <w:b w:val="0"/>
          <w:sz w:val="20"/>
        </w:rPr>
        <w:t>Signature :</w:t>
      </w:r>
    </w:p>
    <w:p/>
    <w:p/>
    <w:tbl>
      <w:tblPr>
        <w:tblW w:type="auto" w:w="0"/>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https://juridique-administration.com/modele-lettre-resiliation-syndic-de-copropriete/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lettre-resiliation-syndic-de-copropriet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