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RÉSILIATION DE CONTRAT DE MUTUELLE</w:t>
      </w:r>
    </w:p>
    <w:p/>
    <w:p/>
    <w:p>
      <w:r>
        <w:rPr>
          <w:b w:val="0"/>
          <w:sz w:val="20"/>
        </w:rPr>
        <w:t>Nom et Prénom : ________________________________________________</w:t>
      </w:r>
    </w:p>
    <w:p>
      <w:r>
        <w:rPr>
          <w:b w:val="0"/>
          <w:sz w:val="20"/>
        </w:rPr>
        <w:t>Adresse : ______________________________________________________</w:t>
      </w:r>
    </w:p>
    <w:p>
      <w:r>
        <w:rPr>
          <w:b w:val="0"/>
          <w:sz w:val="20"/>
        </w:rPr>
        <w:t>Code postal et Ville : __________________________________________</w:t>
      </w:r>
    </w:p>
    <w:p>
      <w:r>
        <w:rPr>
          <w:b w:val="0"/>
          <w:sz w:val="20"/>
        </w:rPr>
        <w:t>Numéro de téléphone : __________________________________________</w:t>
      </w:r>
    </w:p>
    <w:p>
      <w:r>
        <w:rPr>
          <w:b w:val="0"/>
          <w:sz w:val="20"/>
        </w:rPr>
        <w:t>Adresse e-mail : _______________________________________________</w:t>
      </w:r>
    </w:p>
    <w:p/>
    <w:p/>
    <w:p>
      <w:r>
        <w:rPr>
          <w:b w:val="0"/>
          <w:sz w:val="20"/>
        </w:rPr>
        <w:t>Service Résiliation</w:t>
      </w:r>
    </w:p>
    <w:p>
      <w:r>
        <w:rPr>
          <w:b w:val="0"/>
          <w:sz w:val="20"/>
        </w:rPr>
        <w:t>Nom de la Mutuelle : ___________________________________________</w:t>
      </w:r>
    </w:p>
    <w:p>
      <w:r>
        <w:rPr>
          <w:b w:val="0"/>
          <w:sz w:val="20"/>
        </w:rPr>
        <w:t>Adresse : ______________________________________________________</w:t>
      </w:r>
    </w:p>
    <w:p>
      <w:r>
        <w:rPr>
          <w:b w:val="0"/>
          <w:sz w:val="20"/>
        </w:rPr>
        <w:t>Code postal et Ville : __________________________________________</w:t>
      </w:r>
    </w:p>
    <w:p/>
    <w:p/>
    <w:p>
      <w:r>
        <w:rPr>
          <w:b/>
          <w:sz w:val="20"/>
        </w:rPr>
        <w:t>Objet : Résiliation de mon contrat de mutuelle santé</w:t>
      </w:r>
    </w:p>
    <w:p/>
    <w:p>
      <w:r>
        <w:rPr>
          <w:b w:val="0"/>
          <w:sz w:val="20"/>
        </w:rPr>
        <w:t>Madame, Monsieur,</w:t>
      </w:r>
    </w:p>
    <w:p/>
    <w:p>
      <w:r>
        <w:rPr>
          <w:b w:val="0"/>
          <w:sz w:val="20"/>
        </w:rPr>
        <w:t>Par la présente, je vous informe de ma décision de résilier mon contrat de mutuelle santé référencé sous le numéro : ________________, souscrit auprès de votre établissement.</w:t>
      </w:r>
    </w:p>
    <w:p/>
    <w:p>
      <w:r>
        <w:rPr>
          <w:b w:val="0"/>
          <w:sz w:val="20"/>
        </w:rPr>
        <w:t>Conformément aux dispositions légales en vigueur et aux conditions générales de mon contrat, je vous demande de bien vouloir mettre fin à ce dernier à compter de la réception de cette lettre, dans le respect du délai de préavis applicable.</w:t>
      </w:r>
    </w:p>
    <w:p/>
    <w:p>
      <w:r>
        <w:rPr>
          <w:b w:val="0"/>
          <w:sz w:val="20"/>
        </w:rPr>
        <w:t>Je vous prie de bien vouloir me faire parvenir une confirmation écrite de la prise en compte de cette résiliation ainsi que le décompte de mes éventuels remboursements ou sommes restant dues.</w:t>
      </w:r>
    </w:p>
    <w:p/>
    <w:p/>
    <w:p>
      <w:r>
        <w:rPr>
          <w:b w:val="0"/>
          <w:sz w:val="20"/>
        </w:rPr>
        <w:t>Je vous remercie par avance de l’attention portée à ma demande et vous prie d’agréer, Madame, Monsieur, l’expression de mes salutations distinguées.</w:t>
      </w:r>
    </w:p>
    <w:p/>
    <w:p/>
    <w:p/>
    <w:p>
      <w:r>
        <w:rPr>
          <w:b w:val="0"/>
          <w:sz w:val="20"/>
        </w:rPr>
        <w:t>Signature : _________________________________________________</w:t>
      </w:r>
    </w:p>
    <w:p/>
    <w:p/>
    <w:p/>
    <w:p>
      <w:r>
        <w:rPr>
          <w:b w:val="0"/>
          <w:sz w:val="20"/>
        </w:rPr>
        <w:t>Fait à : _________________________________________</w:t>
      </w:r>
    </w:p>
    <w:p>
      <w:r>
        <w:rPr>
          <w:b w:val="0"/>
          <w:sz w:val="20"/>
        </w:rPr>
        <w:t>Le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Signature de l’adhérent</w:t>
            </w:r>
          </w:p>
        </w:tc>
        <w:tc>
          <w:tcPr>
            <w:tcW w:type="dxa" w:w="4986"/>
            <w:tcBorders>
              <w:top w:val="nil"/>
              <w:left w:val="nil"/>
              <w:bottom w:val="nil"/>
              <w:right w:val="nil"/>
              <w:insideH w:val="nil"/>
              <w:insideV w:val="nil"/>
            </w:tcBorders>
          </w:tcPr>
          <w:p>
            <w:pPr>
              <w:jc w:val="center"/>
            </w:pPr>
            <w:r>
              <w:t>Date de la demande</w:t>
            </w:r>
          </w:p>
        </w:tc>
      </w:tr>
      <w:tr>
        <w:tc>
          <w:tcPr>
            <w:tcW w:type="dxa" w:w="4986"/>
            <w:tcBorders>
              <w:top w:val="nil"/>
              <w:left w:val="nil"/>
              <w:bottom w:val="nil"/>
              <w:right w:val="nil"/>
              <w:insideH w:val="nil"/>
              <w:insideV w:val="nil"/>
            </w:tcBorders>
          </w:tcPr>
          <w:p>
            <w:pPr>
              <w:jc w:val="center"/>
            </w:pPr>
            <w:r>
              <w:br/>
              <w:br/>
              <w:t>_________________________________________</w:t>
            </w:r>
          </w:p>
        </w:tc>
        <w:tc>
          <w:tcPr>
            <w:tcW w:type="dxa" w:w="4986"/>
            <w:tcBorders>
              <w:top w:val="nil"/>
              <w:left w:val="nil"/>
              <w:bottom w:val="nil"/>
              <w:right w:val="nil"/>
              <w:insideH w:val="nil"/>
              <w:insideV w:val="nil"/>
            </w:tcBorders>
          </w:tcPr>
          <w:p>
            <w:pPr>
              <w:jc w:val="center"/>
            </w:pPr>
            <w:r>
              <w:br/>
              <w:br/>
              <w:t>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https://juridique-administration.com/modele-lettre-resiliation-mutuelle/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resiliation-mutuell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