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DE RÉCLAMATION POUR INDEMNITÉS JOURNALIÈRES</w:t>
      </w:r>
    </w:p>
    <w:p/>
    <w:p/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Adresse : _____________________________________________________</w:t>
      </w:r>
    </w:p>
    <w:p>
      <w:r>
        <w:rPr>
          <w:b w:val="0"/>
          <w:sz w:val="20"/>
        </w:rPr>
        <w:t>Code postal / Ville : __________________________________________</w:t>
      </w:r>
    </w:p>
    <w:p>
      <w:r>
        <w:rPr>
          <w:b w:val="0"/>
          <w:sz w:val="20"/>
        </w:rPr>
        <w:t>Numéro de sécurité sociale : ___________________________________</w:t>
      </w:r>
    </w:p>
    <w:p>
      <w:r>
        <w:rPr>
          <w:b w:val="0"/>
          <w:sz w:val="20"/>
        </w:rPr>
        <w:t>Numéro de téléphone : _________________________________________</w:t>
      </w:r>
    </w:p>
    <w:p/>
    <w:p/>
    <w:p>
      <w:r>
        <w:rPr>
          <w:b/>
          <w:sz w:val="20"/>
        </w:rPr>
        <w:t>À l’attention de :</w:t>
      </w:r>
    </w:p>
    <w:p>
      <w:r>
        <w:rPr>
          <w:b w:val="0"/>
          <w:sz w:val="20"/>
        </w:rPr>
        <w:t>Caisse Primaire d’Assurance Maladie</w:t>
      </w:r>
    </w:p>
    <w:p>
      <w:r>
        <w:rPr>
          <w:b w:val="0"/>
          <w:sz w:val="20"/>
        </w:rPr>
        <w:t>Service des Indemnités Journalières</w:t>
      </w:r>
    </w:p>
    <w:p>
      <w:r>
        <w:rPr>
          <w:b w:val="0"/>
          <w:sz w:val="20"/>
        </w:rPr>
        <w:t>Adresse de la CPAM : __________________________________________</w:t>
      </w:r>
    </w:p>
    <w:p>
      <w:r>
        <w:rPr>
          <w:b w:val="0"/>
          <w:sz w:val="20"/>
        </w:rPr>
        <w:t>Code postal / Ville : __________________________________________</w:t>
      </w:r>
    </w:p>
    <w:p/>
    <w:p/>
    <w:p>
      <w:r>
        <w:rPr>
          <w:b/>
          <w:sz w:val="20"/>
        </w:rPr>
        <w:t>Objet : Réclamation concernant le versement des indemnités journalières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de vous écrire afin de contester le montant (ou le non-versement) des indemnités journalières auxquelles je devrais avoir droit dans le cadre de mon arrêt de travail.</w:t>
      </w:r>
    </w:p>
    <w:p/>
    <w:p>
      <w:r>
        <w:rPr>
          <w:b w:val="0"/>
          <w:sz w:val="20"/>
        </w:rPr>
        <w:t>En effet, j’ai respecté toutes les conditions nécessaires à leur obtention, notamment :</w:t>
      </w:r>
    </w:p>
    <w:p>
      <w:r>
        <w:rPr>
          <w:b w:val="0"/>
          <w:sz w:val="20"/>
        </w:rPr>
        <w:t>- Transmission de mon arrêt de travail dans les délais impartis,</w:t>
      </w:r>
    </w:p>
    <w:p>
      <w:r>
        <w:rPr>
          <w:b w:val="0"/>
          <w:sz w:val="20"/>
        </w:rPr>
        <w:t>- Respect des conditions d’affiliation et de durée de cotisation,</w:t>
      </w:r>
    </w:p>
    <w:p>
      <w:r>
        <w:rPr>
          <w:b w:val="0"/>
          <w:sz w:val="20"/>
        </w:rPr>
        <w:t>- Justification de mon incapacité de travail pour cause de maladie ou accident.</w:t>
      </w:r>
    </w:p>
    <w:p/>
    <w:p>
      <w:r>
        <w:rPr>
          <w:b w:val="0"/>
          <w:sz w:val="20"/>
        </w:rPr>
        <w:t>Malgré cela, je constate que le versement des indemnités n’a pas été effectué (ou est inférieur au montant attendu) depuis le début de mon arrêt.</w:t>
      </w:r>
    </w:p>
    <w:p/>
    <w:p>
      <w:r>
        <w:rPr>
          <w:b w:val="0"/>
          <w:sz w:val="20"/>
        </w:rPr>
        <w:t>Je vous remercie de bien vouloir procéder à la régularisation de ma situation dans les meilleurs délais. Je vous joins à cet effet les copies des documents justificatifs suivants :</w:t>
      </w:r>
    </w:p>
    <w:p>
      <w:r>
        <w:rPr>
          <w:b w:val="0"/>
          <w:sz w:val="20"/>
        </w:rPr>
        <w:t>- Arrêt(s) de travail</w:t>
      </w:r>
    </w:p>
    <w:p>
      <w:r>
        <w:rPr>
          <w:b w:val="0"/>
          <w:sz w:val="20"/>
        </w:rPr>
        <w:t>- Attestation(s) employeur</w:t>
      </w:r>
    </w:p>
    <w:p>
      <w:r>
        <w:rPr>
          <w:b w:val="0"/>
          <w:sz w:val="20"/>
        </w:rPr>
        <w:t>- Relevés de paiement précédents</w:t>
      </w:r>
    </w:p>
    <w:p/>
    <w:p>
      <w:r>
        <w:rPr>
          <w:b w:val="0"/>
          <w:sz w:val="20"/>
        </w:rPr>
        <w:t>Dans l’attente de votre réponse, je vous prie d’agréer, Madame, Monsieur,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Fait à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Le : 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https://juridique-administration.com/modele-lettre-reclamation-indemnites-journalieres/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lettre-reclamation-indemnites-journalieres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