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MODELE DE LETTRE DE FIN DE CONTRAT D’ASSISTANTE MATERNELLE</w:t>
      </w:r>
    </w:p>
    <w:p/>
    <w:p/>
    <w:p>
      <w:r>
        <w:rPr>
          <w:b w:val="0"/>
          <w:sz w:val="20"/>
        </w:rPr>
        <w:t>Nom et Prénom de l’employeur : _____________________________________</w:t>
      </w:r>
    </w:p>
    <w:p>
      <w:r>
        <w:rPr>
          <w:b w:val="0"/>
          <w:sz w:val="20"/>
        </w:rPr>
        <w:t>Adresse : ________________________________________________________</w:t>
      </w:r>
    </w:p>
    <w:p>
      <w:r>
        <w:rPr>
          <w:b w:val="0"/>
          <w:sz w:val="20"/>
        </w:rPr>
        <w:t>Code Postal - Ville : 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/>
    <w:p>
      <w:r>
        <w:rPr>
          <w:b w:val="0"/>
          <w:sz w:val="20"/>
        </w:rPr>
        <w:t>Nom et Prénom de l’assistante maternelle : ___________________________</w:t>
      </w:r>
    </w:p>
    <w:p>
      <w:r>
        <w:rPr>
          <w:b w:val="0"/>
          <w:sz w:val="20"/>
        </w:rPr>
        <w:t>Adresse : ________________________________________________________</w:t>
      </w:r>
    </w:p>
    <w:p>
      <w:r>
        <w:rPr>
          <w:b w:val="0"/>
          <w:sz w:val="20"/>
        </w:rPr>
        <w:t>Code Postal - Ville : 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/>
    <w:p/>
    <w:p>
      <w:r>
        <w:rPr>
          <w:b/>
          <w:sz w:val="20"/>
        </w:rPr>
        <w:t>Objet : Fin de contrat d’assistante maternelle</w:t>
      </w:r>
    </w:p>
    <w:p/>
    <w:p>
      <w:r>
        <w:rPr>
          <w:b/>
          <w:sz w:val="20"/>
        </w:rPr>
        <w:t>Madame,</w:t>
      </w:r>
    </w:p>
    <w:p/>
    <w:p>
      <w:r>
        <w:rPr>
          <w:b w:val="0"/>
          <w:sz w:val="20"/>
        </w:rPr>
        <w:t>Par la présente, je vous informe de la volonté de mettre fin au contrat d’assistante maternelle nous liant, conclu conformément à l’article L. 422-1 et suivants du Code de l’action sociale et des familles, ainsi qu’aux dispositions du Code du travail applicables.</w:t>
      </w:r>
    </w:p>
    <w:p/>
    <w:p>
      <w:r>
        <w:rPr>
          <w:b w:val="0"/>
          <w:sz w:val="20"/>
        </w:rPr>
        <w:t>Conformément aux termes du contrat et à la législation en vigueur, la période de préavis sera respectée, ce qui porte la date effective de fin de contrat au : ______________________________.</w:t>
      </w:r>
    </w:p>
    <w:p/>
    <w:p>
      <w:r>
        <w:rPr>
          <w:b w:val="0"/>
          <w:sz w:val="20"/>
        </w:rPr>
        <w:t>Je vous remercie pour le soin et l’attention que vous avez apportés à la garde de mon enfant durant toute la durée de notre collaboration.</w:t>
      </w:r>
    </w:p>
    <w:p/>
    <w:p>
      <w:r>
        <w:rPr>
          <w:b w:val="0"/>
          <w:sz w:val="20"/>
        </w:rPr>
        <w:t>Je vous invite à préparer le solde de tout compte, ainsi que les documents liés à la rupture du contrat, notamment l’attestation Pôle emploi, le certificat de travail, et le reçu pour solde de tout compte.</w:t>
      </w:r>
    </w:p>
    <w:p/>
    <w:p>
      <w:r>
        <w:rPr>
          <w:b w:val="0"/>
          <w:sz w:val="20"/>
        </w:rPr>
        <w:t>Je reste à votre disposition pour convenir d’un rendez-vous afin de réaliser l’état des lieux et procéder aux formalités de fin de contrat.</w:t>
      </w:r>
    </w:p>
    <w:p/>
    <w:p>
      <w:r>
        <w:rPr>
          <w:b w:val="0"/>
          <w:sz w:val="20"/>
        </w:rPr>
        <w:t>Je vous prie d’agréer, Madame, l’expression de mes salutations distinguées.</w:t>
      </w:r>
    </w:p>
    <w:p/>
    <w:p/>
    <w:p/>
    <w:p>
      <w:r>
        <w:rPr>
          <w:b w:val="0"/>
          <w:sz w:val="20"/>
        </w:rPr>
        <w:t>Fait à : ____________________________</w:t>
      </w:r>
    </w:p>
    <w:p>
      <w:r>
        <w:rPr>
          <w:b w:val="0"/>
          <w:sz w:val="20"/>
        </w:rPr>
        <w:t>Le : _______________________________</w:t>
      </w:r>
    </w:p>
    <w:p/>
    <w:p/>
    <w:p/>
    <w:p>
      <w:r>
        <w:rPr>
          <w:b w:val="0"/>
          <w:sz w:val="20"/>
        </w:rPr>
        <w:t>Signature de l’employeur : 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de l’employeur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de l’assistante maternelle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</w:tbl>
    <w:p/>
    <w:p/>
    <w:p>
      <w:r>
        <w:rPr>
          <w:sz w:val="16"/>
        </w:rPr>
        <w:t>Note : Ce modèle est fourni à titre indicatif et ne remplace pas un avis juridique. Il convient de vérifier les dispositions applicables au cas particulier.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https://juridique-administration.com/modele-lettre-fin-de-contrat-assistante-maternelle/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lettre-fin-de-contrat-assistante-maternell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