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LETTRE D’ENVOI DE DOCUMENT MANQUANT</w:t>
      </w:r>
    </w:p>
    <w:p/>
    <w:p/>
    <w:p>
      <w:r>
        <w:rPr>
          <w:b/>
          <w:sz w:val="20"/>
        </w:rPr>
        <w:t>À l’attention de :</w:t>
      </w:r>
    </w:p>
    <w:p>
      <w:r>
        <w:rPr>
          <w:b w:val="0"/>
          <w:sz w:val="20"/>
        </w:rPr>
        <w:t>Monsieur/Madame 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Code postal : _______________  Ville : ___________________________</w:t>
      </w:r>
    </w:p>
    <w:p/>
    <w:p/>
    <w:p>
      <w:r>
        <w:rPr>
          <w:b/>
          <w:sz w:val="20"/>
        </w:rPr>
        <w:t>Expéditeur :</w:t>
      </w:r>
    </w:p>
    <w:p>
      <w:r>
        <w:rPr>
          <w:b w:val="0"/>
          <w:sz w:val="20"/>
        </w:rPr>
        <w:t>Nom et Prénom : 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Code postal : _______________  Ville : 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>
      <w:r>
        <w:rPr>
          <w:b w:val="0"/>
          <w:sz w:val="20"/>
        </w:rPr>
        <w:t>Adresse e-mail : _________________________________________________</w:t>
      </w:r>
    </w:p>
    <w:p/>
    <w:p/>
    <w:p>
      <w:r>
        <w:rPr>
          <w:b/>
          <w:sz w:val="20"/>
        </w:rPr>
        <w:t>Objet : Envoi d’un document manquant</w:t>
      </w:r>
    </w:p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Suite à notre précédent échange, nous avons constaté qu’un document essentiel manque à votre dossier. Afin de pouvoir poursuivre le traitement de votre demande dans les meilleurs délais, nous vous prions de bien vouloir nous faire parvenir le document suivant :</w:t>
      </w:r>
    </w:p>
    <w:p/>
    <w:p>
      <w:r>
        <w:rPr>
          <w:b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(Veuillez préciser le document manquant)</w:t>
      </w:r>
    </w:p>
    <w:p/>
    <w:p>
      <w:r>
        <w:rPr>
          <w:b w:val="0"/>
          <w:sz w:val="20"/>
        </w:rPr>
        <w:t>Nous vous remercions de bien vouloir nous transmettre ce document dans les plus brefs délais. Sans réception de ce document, nous ne pourrons pas donner suite à votre demande, conformément à la réglementation en vigueur.</w:t>
      </w:r>
    </w:p>
    <w:p/>
    <w:p>
      <w:r>
        <w:rPr>
          <w:b w:val="0"/>
          <w:sz w:val="20"/>
        </w:rPr>
        <w:t>Pour toute question ou information complémentaire, n’hésitez pas à nous contacter aux coordonnées ci-dessus.</w:t>
      </w:r>
    </w:p>
    <w:p/>
    <w:p/>
    <w:p>
      <w:r>
        <w:rPr>
          <w:b w:val="0"/>
          <w:sz w:val="20"/>
        </w:rPr>
        <w:t>Veuillez agréer, Madame, Monsieur, l’expression de nos salutations distinguées.</w:t>
      </w:r>
    </w:p>
    <w:p/>
    <w:p/>
    <w:p/>
    <w:p>
      <w:r>
        <w:rPr>
          <w:b w:val="0"/>
          <w:sz w:val="20"/>
        </w:rPr>
        <w:t>Signature :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Expéditeur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Destinataire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https://juridique-administration.com/modele-lettre-envoi-document-manquant/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lettre-envoi-document-manquant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