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D’ENVOI DE DEVIS DENTAIRE À LA MUTUELLE</w:t>
      </w:r>
    </w:p>
    <w:p/>
    <w:p/>
    <w:p>
      <w:r>
        <w:rPr>
          <w:b/>
          <w:sz w:val="20"/>
        </w:rPr>
        <w:t>Expéditeur :</w:t>
      </w:r>
    </w:p>
    <w:p>
      <w:r>
        <w:rPr>
          <w:b w:val="0"/>
          <w:sz w:val="20"/>
        </w:rPr>
        <w:t>Nom / Raison sociale : 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Code postal / Ville : _________________________________________________</w:t>
      </w:r>
    </w:p>
    <w:p>
      <w:r>
        <w:rPr>
          <w:b w:val="0"/>
          <w:sz w:val="20"/>
        </w:rPr>
        <w:t>Téléphone : __________________________________________________________</w:t>
      </w:r>
    </w:p>
    <w:p>
      <w:r>
        <w:rPr>
          <w:b w:val="0"/>
          <w:sz w:val="20"/>
        </w:rPr>
        <w:t>Adresse mail : _______________________________________________________</w:t>
      </w:r>
    </w:p>
    <w:p/>
    <w:p/>
    <w:p>
      <w:r>
        <w:rPr>
          <w:b/>
          <w:sz w:val="20"/>
        </w:rPr>
        <w:t>Destinataire :</w:t>
      </w:r>
    </w:p>
    <w:p>
      <w:r>
        <w:rPr>
          <w:b w:val="0"/>
          <w:sz w:val="20"/>
        </w:rPr>
        <w:t>Nom de la Mutuelle : _________________________________________________</w:t>
      </w:r>
    </w:p>
    <w:p>
      <w:r>
        <w:rPr>
          <w:b w:val="0"/>
          <w:sz w:val="20"/>
        </w:rPr>
        <w:t>Service concerné : _________________________________________________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Code postal / Ville : _________________________________________________</w:t>
      </w:r>
    </w:p>
    <w:p/>
    <w:p/>
    <w:p>
      <w:r>
        <w:rPr>
          <w:b/>
          <w:sz w:val="20"/>
        </w:rPr>
        <w:t>Objet : Envoi de devis pour remboursement soins dentaires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adresser, par la présente, le devis établi par mon cabinet dentaire concernant les soins qui me sont proposés.</w:t>
      </w:r>
    </w:p>
    <w:p>
      <w:r>
        <w:rPr>
          <w:b w:val="0"/>
          <w:sz w:val="20"/>
        </w:rPr>
        <w:t>Vous trouverez en pièce jointe le détail des prestations ainsi que les tarifs correspondants.</w:t>
      </w:r>
    </w:p>
    <w:p/>
    <w:p>
      <w:r>
        <w:rPr>
          <w:b w:val="0"/>
          <w:sz w:val="20"/>
        </w:rPr>
        <w:t>Je vous remercie de bien vouloir prendre en compte ce devis dans le cadre de mes droits à remboursement prévus par mon contrat de mutuelle santé.</w:t>
      </w:r>
    </w:p>
    <w:p>
      <w:r>
        <w:rPr>
          <w:b w:val="0"/>
          <w:sz w:val="20"/>
        </w:rPr>
        <w:t>Je reste à votre disposition pour toute information complémentaire ou document que vous jugerez utile.</w:t>
      </w:r>
    </w:p>
    <w:p/>
    <w:p>
      <w:r>
        <w:rPr>
          <w:b w:val="0"/>
          <w:sz w:val="20"/>
        </w:rPr>
        <w:t>Dans l’attente de votre retour, je vous prie d’agréer, Madame, Monsieur, l’expression de mes salutations distinguées.</w:t>
      </w:r>
    </w:p>
    <w:p/>
    <w:p/>
    <w:p>
      <w:r>
        <w:rPr>
          <w:b w:val="0"/>
          <w:sz w:val="20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 du Patient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Prénom du Patient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Numéro de contrat Mutuelle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 du praticien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du devis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</w:t>
            </w:r>
          </w:p>
        </w:tc>
      </w:tr>
    </w:tbl>
    <w:p/>
    <w:p/>
    <w:p>
      <w:r>
        <w:rPr>
          <w:b/>
          <w:sz w:val="20"/>
        </w:rPr>
        <w:t>Note :</w:t>
      </w:r>
    </w:p>
    <w:p>
      <w:r>
        <w:rPr>
          <w:b w:val="0"/>
          <w:sz w:val="20"/>
        </w:rPr>
        <w:t>Conformément à la réglementation en vigueur, les informations contenues dans ce courrier et les pièces jointes sont strictement confidentielles et destinées exclusivement à la mutuelle mentionnée ci-dessus.</w:t>
      </w:r>
    </w:p>
    <w:p/>
    <w:p/>
    <w:p>
      <w:r>
        <w:rPr>
          <w:b/>
          <w:sz w:val="20"/>
        </w:rPr>
        <w:t>Pour toute question relative à ce dossier, merci de bien vouloir contacter :</w:t>
      </w:r>
    </w:p>
    <w:p>
      <w:r>
        <w:rPr>
          <w:b w:val="0"/>
          <w:sz w:val="20"/>
        </w:rPr>
        <w:t>Nom : ___________________________________________</w:t>
      </w:r>
    </w:p>
    <w:p>
      <w:r>
        <w:rPr>
          <w:b w:val="0"/>
          <w:sz w:val="20"/>
        </w:rPr>
        <w:t>Téléphone : ______________________________________</w:t>
      </w:r>
    </w:p>
    <w:p>
      <w:r>
        <w:rPr>
          <w:b w:val="0"/>
          <w:sz w:val="20"/>
        </w:rPr>
        <w:t>Adresse mail : 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https://juridique-administration.com/modele-lettre-envoi-devis-dentaire-mutuelle/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lettre-envoi-devis-dentaire-mutuell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