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Lettre de Demande de Subvention à la Mairie</w:t>
      </w:r>
    </w:p>
    <w:p/>
    <w:p/>
    <w:p>
      <w:r>
        <w:rPr>
          <w:b/>
          <w:sz w:val="20"/>
        </w:rPr>
        <w:t>Nom de l’Association : 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</w:t>
      </w:r>
    </w:p>
    <w:p>
      <w:r>
        <w:rPr>
          <w:b w:val="0"/>
          <w:sz w:val="20"/>
        </w:rPr>
        <w:t>Adresse e-mail : ___________________________________________________</w:t>
      </w:r>
    </w:p>
    <w:p/>
    <w:p>
      <w:r>
        <w:rPr>
          <w:b/>
          <w:sz w:val="20"/>
        </w:rPr>
        <w:t>À l’attention de : Monsieur/Madame le Maire</w:t>
      </w:r>
    </w:p>
    <w:p>
      <w:r>
        <w:rPr>
          <w:b w:val="0"/>
          <w:sz w:val="20"/>
        </w:rPr>
        <w:t>Mairie de : _______________________________________________________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/>
    <w:p>
      <w:r>
        <w:rPr>
          <w:b/>
          <w:sz w:val="20"/>
        </w:rPr>
        <w:t>Objet : Demande de subvention au titre de l’année en cours</w:t>
      </w:r>
    </w:p>
    <w:p/>
    <w:p/>
    <w:p>
      <w:r>
        <w:rPr>
          <w:b w:val="0"/>
          <w:sz w:val="20"/>
        </w:rPr>
        <w:t>Madame, Monsieur le Maire,</w:t>
      </w:r>
    </w:p>
    <w:p/>
    <w:p>
      <w:r>
        <w:rPr>
          <w:b w:val="0"/>
          <w:sz w:val="20"/>
        </w:rPr>
        <w:t>Par la présente, notre association, dont le siège social est indiqué ci-dessus, souhaite solliciter une subvention auprès de votre mairie afin de soutenir ses activités pour l’année en cours.</w:t>
      </w:r>
    </w:p>
    <w:p/>
    <w:p>
      <w:r>
        <w:rPr>
          <w:b w:val="0"/>
          <w:sz w:val="20"/>
        </w:rPr>
        <w:t>Créée en _______________, notre association a pour objet : ________________________________________________________________.</w:t>
      </w:r>
    </w:p>
    <w:p/>
    <w:p>
      <w:r>
        <w:rPr>
          <w:b w:val="0"/>
          <w:sz w:val="20"/>
        </w:rPr>
        <w:t>Nos activités principales sont notamment les suivantes :</w:t>
      </w:r>
    </w:p>
    <w:p>
      <w:r>
        <w:rPr>
          <w:b w:val="0"/>
          <w:sz w:val="20"/>
        </w:rPr>
        <w:t>• _________________________________________________________________</w:t>
      </w:r>
    </w:p>
    <w:p>
      <w:r>
        <w:rPr>
          <w:b w:val="0"/>
          <w:sz w:val="20"/>
        </w:rPr>
        <w:t>• _________________________________________________________________</w:t>
      </w:r>
    </w:p>
    <w:p>
      <w:r>
        <w:rPr>
          <w:b w:val="0"/>
          <w:sz w:val="20"/>
        </w:rPr>
        <w:t>• _________________________________________________________________</w:t>
      </w:r>
    </w:p>
    <w:p/>
    <w:p>
      <w:r>
        <w:rPr>
          <w:b w:val="0"/>
          <w:sz w:val="20"/>
        </w:rPr>
        <w:t>Afin de mener à bien nos projets et d’assurer la continuité de nos actions, nous sollicitons une subvention d’un montant de : ___________________ euros.</w:t>
      </w:r>
    </w:p>
    <w:p/>
    <w:p>
      <w:r>
        <w:rPr>
          <w:b w:val="0"/>
          <w:sz w:val="20"/>
        </w:rPr>
        <w:t>Cette aide financière nous permettrait notamment de :</w:t>
      </w:r>
    </w:p>
    <w:p>
      <w:r>
        <w:rPr>
          <w:b w:val="0"/>
          <w:sz w:val="20"/>
        </w:rPr>
        <w:t>• _________________________________________________________________</w:t>
      </w:r>
    </w:p>
    <w:p>
      <w:r>
        <w:rPr>
          <w:b w:val="0"/>
          <w:sz w:val="20"/>
        </w:rPr>
        <w:t>• _________________________________________________________________</w:t>
      </w:r>
    </w:p>
    <w:p>
      <w:r>
        <w:rPr>
          <w:b w:val="0"/>
          <w:sz w:val="20"/>
        </w:rPr>
        <w:t>• _________________________________________________________________</w:t>
      </w:r>
    </w:p>
    <w:p/>
    <w:p>
      <w:r>
        <w:rPr>
          <w:b w:val="0"/>
          <w:sz w:val="20"/>
        </w:rPr>
        <w:t>Vous trouverez ci-joint les documents nécessaires à l’étude de notre demande :</w:t>
      </w:r>
    </w:p>
    <w:p>
      <w:r>
        <w:rPr>
          <w:b w:val="0"/>
          <w:sz w:val="20"/>
        </w:rPr>
        <w:t>• Statuts de l’association</w:t>
      </w:r>
    </w:p>
    <w:p>
      <w:r>
        <w:rPr>
          <w:b w:val="0"/>
          <w:sz w:val="20"/>
        </w:rPr>
        <w:t>• Budget prévisionnel</w:t>
      </w:r>
    </w:p>
    <w:p>
      <w:r>
        <w:rPr>
          <w:b w:val="0"/>
          <w:sz w:val="20"/>
        </w:rPr>
        <w:t>• Dernier rapport d’activité</w:t>
      </w:r>
    </w:p>
    <w:p>
      <w:r>
        <w:rPr>
          <w:b w:val="0"/>
          <w:sz w:val="20"/>
        </w:rPr>
        <w:t>• Relevé d’identité bancaire (RIB)</w:t>
      </w:r>
    </w:p>
    <w:p/>
    <w:p>
      <w:r>
        <w:rPr>
          <w:b w:val="0"/>
          <w:sz w:val="20"/>
        </w:rPr>
        <w:t>Nous restons bien entendu à votre disposition pour tout renseignement complémentaire ou entretien que vous jugerez utile.</w:t>
      </w:r>
    </w:p>
    <w:p/>
    <w:p>
      <w:r>
        <w:rPr>
          <w:b w:val="0"/>
          <w:sz w:val="20"/>
        </w:rPr>
        <w:t>Dans l’attente de votre réponse, nous vous prions d’agréer, Madame, Monsieur le Maire, l’expression de nos salutations respectueuses.</w:t>
      </w:r>
    </w:p>
    <w:p/>
    <w:p/>
    <w:p>
      <w:r>
        <w:rPr>
          <w:b w:val="0"/>
          <w:sz w:val="20"/>
        </w:rPr>
        <w:t>Fait à : ___________________________________</w:t>
      </w:r>
    </w:p>
    <w:p>
      <w:r>
        <w:rPr>
          <w:b w:val="0"/>
          <w:sz w:val="20"/>
        </w:rPr>
        <w:t>Le : 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Président de l’association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https://juridique-administration.com/modele-lettre-demande-subvention-mairie-pour-association/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modele-lettre-demande-subvention-mairie-pour-association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