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 w:val="0"/>
          <w:sz w:val="20"/>
        </w:rPr>
        <w:t>Nom, Prénom : ______________________________________________</w:t>
      </w:r>
    </w:p>
    <w:p>
      <w:r>
        <w:rPr>
          <w:b w:val="0"/>
          <w:sz w:val="20"/>
        </w:rPr>
        <w:t>Adresse : __________________________________________________</w:t>
      </w:r>
    </w:p>
    <w:p>
      <w:r>
        <w:rPr>
          <w:b w:val="0"/>
          <w:sz w:val="20"/>
        </w:rPr>
        <w:t>Code postal et Ville : ______________________________________</w:t>
      </w:r>
    </w:p>
    <w:p>
      <w:r>
        <w:rPr>
          <w:b w:val="0"/>
          <w:sz w:val="20"/>
        </w:rPr>
        <w:t>Téléphone : ________________________________________________</w:t>
      </w:r>
    </w:p>
    <w:p>
      <w:r>
        <w:rPr>
          <w:b w:val="0"/>
          <w:sz w:val="20"/>
        </w:rPr>
        <w:t>Courriel : _________________________________________________</w:t>
      </w:r>
    </w:p>
    <w:p/>
    <w:p/>
    <w:p>
      <w:r>
        <w:rPr>
          <w:b w:val="0"/>
          <w:sz w:val="20"/>
        </w:rPr>
        <w:t>Nom, Prénom du père : _______________________________________</w:t>
      </w:r>
    </w:p>
    <w:p>
      <w:r>
        <w:rPr>
          <w:b w:val="0"/>
          <w:sz w:val="20"/>
        </w:rPr>
        <w:t>Adresse : __________________________________________________</w:t>
      </w:r>
    </w:p>
    <w:p>
      <w:r>
        <w:rPr>
          <w:b w:val="0"/>
          <w:sz w:val="20"/>
        </w:rPr>
        <w:t>Code postal et Ville : ______________________________________</w:t>
      </w:r>
    </w:p>
    <w:p/>
    <w:p/>
    <w:p>
      <w:r>
        <w:rPr>
          <w:b/>
          <w:sz w:val="20"/>
        </w:rPr>
        <w:t>Objet : Demande de pension alimentaire pour enfant(s)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me permets de vous adresser la présente afin de solliciter le versement d’une pension alimentaire destinée à subvenir aux besoins de notre/vos enfant(s) mineur(s).</w:t>
      </w:r>
    </w:p>
    <w:p/>
    <w:p>
      <w:r>
        <w:rPr>
          <w:b w:val="0"/>
          <w:sz w:val="20"/>
        </w:rPr>
        <w:t>En effet, conformément aux dispositions des articles 371-2 et suivants du Code civil, les parents ont l’obligation de contribuer à l’entretien et à l’éducation de leurs enfants en proportion de leurs ressources et des besoins de l’enfant.</w:t>
      </w:r>
    </w:p>
    <w:p/>
    <w:p>
      <w:r>
        <w:rPr>
          <w:b w:val="0"/>
          <w:sz w:val="20"/>
        </w:rPr>
        <w:t>Notre/vos enfant(s) :</w:t>
      </w:r>
    </w:p>
    <w:p>
      <w:r>
        <w:rPr>
          <w:b w:val="0"/>
          <w:sz w:val="20"/>
        </w:rPr>
        <w:t>Nom et prénom(s) : ___________________________________________</w:t>
      </w:r>
    </w:p>
    <w:p>
      <w:r>
        <w:rPr>
          <w:b w:val="0"/>
          <w:sz w:val="20"/>
        </w:rPr>
        <w:t>Date(s) de naissance : ________________________________________</w:t>
      </w:r>
    </w:p>
    <w:p/>
    <w:p>
      <w:r>
        <w:rPr>
          <w:b w:val="0"/>
          <w:sz w:val="20"/>
        </w:rPr>
        <w:t>Compte tenu des charges liées à leur entretien, leur éducation, leurs frais de santé, ainsi que leurs besoins essentiels, je vous demande de bien vouloir verser une pension alimentaire d’un montant mensuel de :</w:t>
      </w:r>
    </w:p>
    <w:p>
      <w:r>
        <w:rPr>
          <w:b/>
          <w:sz w:val="20"/>
        </w:rPr>
        <w:t>Montant demandé : ____________________ euros (EUR)</w:t>
      </w:r>
    </w:p>
    <w:p/>
    <w:p>
      <w:r>
        <w:rPr>
          <w:b w:val="0"/>
          <w:sz w:val="20"/>
        </w:rPr>
        <w:t>Ce montant pourra être révisé en fonction de l’évolution des ressources de chacun et des besoins de l’enfant conformément à la législation en vigueur.</w:t>
      </w:r>
    </w:p>
    <w:p/>
    <w:p>
      <w:r>
        <w:rPr>
          <w:b w:val="0"/>
          <w:sz w:val="20"/>
        </w:rPr>
        <w:t>Je vous invite, afin d’organiser au mieux le versement de cette pension, à me contacter aux coordonnées indiquées ci-dessus.</w:t>
      </w:r>
    </w:p>
    <w:p/>
    <w:p>
      <w:r>
        <w:rPr>
          <w:b w:val="0"/>
          <w:sz w:val="20"/>
        </w:rPr>
        <w:t>Je vous remercie par avance de l’attention portée à cette demande et reste à votre disposition pour tout échange ou rendez-vous nécessaire à la bonne compréhension de cette situation.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 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Fait à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 : 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Signature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https://juridique-administration.com/modele-lettre-demande-pension-alimentaire-au-pere/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lettre-demande-pension-alimentaire-au-pere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