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DE DEMANDE D’OUVERTURE DE COMPTE ÉPARGNE TEMPS</w:t>
      </w:r>
    </w:p>
    <w:p/>
    <w:p/>
    <w:p>
      <w:r>
        <w:rPr>
          <w:b w:val="0"/>
          <w:sz w:val="20"/>
        </w:rPr>
        <w:t>Nom, Prénom : ___________________________________________________</w:t>
      </w:r>
    </w:p>
    <w:p>
      <w:r>
        <w:rPr>
          <w:b w:val="0"/>
          <w:sz w:val="20"/>
        </w:rPr>
        <w:t>Fonction : _______________________________________________________</w:t>
      </w:r>
    </w:p>
    <w:p>
      <w:r>
        <w:rPr>
          <w:b w:val="0"/>
          <w:sz w:val="20"/>
        </w:rPr>
        <w:t>Service : ________________________________________________________</w:t>
      </w:r>
    </w:p>
    <w:p>
      <w:r>
        <w:rPr>
          <w:b w:val="0"/>
          <w:sz w:val="20"/>
        </w:rPr>
        <w:t>Adresse professionnelle : _________________________________________</w:t>
      </w:r>
    </w:p>
    <w:p>
      <w:r>
        <w:rPr>
          <w:b w:val="0"/>
          <w:sz w:val="20"/>
        </w:rPr>
        <w:t>Téléphone : ______________________________________________________</w:t>
      </w:r>
    </w:p>
    <w:p>
      <w:r>
        <w:rPr>
          <w:b w:val="0"/>
          <w:sz w:val="20"/>
        </w:rPr>
        <w:t>E-mail : _________________________________________________________</w:t>
      </w:r>
    </w:p>
    <w:p/>
    <w:p/>
    <w:p>
      <w:r>
        <w:rPr>
          <w:b w:val="0"/>
          <w:sz w:val="20"/>
        </w:rPr>
        <w:t>À l’attention de : _________________________________________________</w:t>
      </w:r>
    </w:p>
    <w:p>
      <w:r>
        <w:rPr>
          <w:b w:val="0"/>
          <w:sz w:val="20"/>
        </w:rPr>
        <w:t>Fonction : _______________________________________________________</w:t>
      </w:r>
    </w:p>
    <w:p>
      <w:r>
        <w:rPr>
          <w:b w:val="0"/>
          <w:sz w:val="20"/>
        </w:rPr>
        <w:t>Service / Direction : ______________________________________________</w:t>
      </w:r>
    </w:p>
    <w:p>
      <w:r>
        <w:rPr>
          <w:b w:val="0"/>
          <w:sz w:val="20"/>
        </w:rPr>
        <w:t>Adresse : _________________________________________________________</w:t>
      </w:r>
    </w:p>
    <w:p/>
    <w:p/>
    <w:p>
      <w:r>
        <w:rPr>
          <w:b w:val="0"/>
          <w:sz w:val="20"/>
        </w:rPr>
        <w:t>Lieu : ____________________________</w:t>
      </w:r>
    </w:p>
    <w:p/>
    <w:p/>
    <w:p>
      <w:r>
        <w:rPr>
          <w:b/>
          <w:sz w:val="20"/>
        </w:rPr>
        <w:t>Objet : Demande d’ouverture d’un Compte Épargne Temps (CET)</w:t>
      </w:r>
    </w:p>
    <w:p/>
    <w:p/>
    <w:p>
      <w:r>
        <w:rPr>
          <w:b w:val="0"/>
          <w:sz w:val="20"/>
        </w:rPr>
        <w:t>Madame, Monsieur,</w:t>
      </w:r>
    </w:p>
    <w:p/>
    <w:p>
      <w:r>
        <w:rPr>
          <w:b w:val="0"/>
          <w:sz w:val="20"/>
        </w:rPr>
        <w:t>Je soussigné(e), ___________________________________________________, agent titulaire/stagiaire/contractuel(le) de la fonction publique hospitalière, exerçant les fonctions de ___________________________________________________, sollicite par la présente l’ouverture d’un Compte Épargne Temps (CET) conformément aux dispositions applicables dans la fonction publique hospitalière et notamment aux décrets n° 2006-781 du 3 août 2006 modifié et n° 2010-756 du 2 juillet 2010.</w:t>
      </w:r>
    </w:p>
    <w:p/>
    <w:p>
      <w:r>
        <w:rPr>
          <w:b w:val="0"/>
          <w:sz w:val="20"/>
        </w:rPr>
        <w:t>Je souhaite ainsi pouvoir y déposer des jours de congés annuels, des jours de repos au titre de la réduction du temps de travail, ainsi que, le cas échéant, des jours de repos supplémentaires acquis, dans le respect des conditions réglementaires en vigueur. Ce dispositif me permettra de bénéficier d’une meilleure gestion de mon temps de travail et d’une valorisation de mes droits à congés.</w:t>
      </w:r>
    </w:p>
    <w:p/>
    <w:p>
      <w:r>
        <w:rPr>
          <w:b w:val="0"/>
          <w:sz w:val="20"/>
        </w:rPr>
        <w:t>Je vous remercie de bien vouloir prendre en compte cette demande et de m’informer des démarches complémentaires éventuellement nécessaires à la mise en place de ce compte.</w:t>
      </w:r>
    </w:p>
    <w:p/>
    <w:p/>
    <w:p>
      <w:r>
        <w:rPr>
          <w:b w:val="0"/>
          <w:sz w:val="20"/>
        </w:rPr>
        <w:t>Je vous prie d’agréer, Madame, Monsieur, l’expression de mes salutations distinguées.</w:t>
      </w:r>
    </w:p>
    <w:p/>
    <w:p/>
    <w:p/>
    <w:p>
      <w:r>
        <w:rPr>
          <w:b w:val="0"/>
          <w:sz w:val="20"/>
        </w:rPr>
        <w:t>Signature :</w:t>
      </w:r>
    </w:p>
    <w:p/>
    <w:p/>
    <w:p/>
    <w:p>
      <w:pPr>
        <w:jc w:val="center"/>
      </w:pPr>
      <w:r>
        <w:rPr>
          <w:b w:val="0"/>
          <w:sz w:val="20"/>
        </w:rPr>
        <w:t>Pour information : Le Compte Épargne Temps est régi par les textes législatifs et réglementaires applicables à la fonction publique hospitalière.</w:t>
      </w:r>
    </w:p>
    <w:p/>
    <w:p>
      <w:r>
        <w:br w:type="page"/>
      </w:r>
    </w:p>
    <w:p>
      <w:pPr>
        <w:jc w:val="center"/>
      </w:pPr>
      <w:r>
        <w:rPr>
          <w:color w:val="555555"/>
          <w:sz w:val="24"/>
        </w:rPr>
        <w:t>Source originale de ce document :</w:t>
      </w:r>
    </w:p>
    <w:p>
      <w:pPr>
        <w:jc w:val="center"/>
      </w:pPr>
      <w:hyperlink r:id="rId9">
        <w:r>
          <w:rPr>
            <w:color w:val="0000FF"/>
            <w:u w:val="single"/>
          </w:rPr>
          <w:t>https://juridique-administration.com/modele-lettre-demande-ouverture-compte-epargne-temps-fonction-publique-hospitaliere/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demande-ouverture-compte-epargne-temps-fonction-publique-hospitalier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