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LETTRE DE DEMANDE DE DOSSIER MÉDICAL D’UNE PERSONNE DÉCÉDÉE</w:t>
      </w:r>
    </w:p>
    <w:p/>
    <w:p/>
    <w:p>
      <w:r>
        <w:rPr>
          <w:b w:val="0"/>
          <w:sz w:val="20"/>
        </w:rPr>
        <w:t>Nom et prénom : ______________________________________________</w:t>
      </w:r>
    </w:p>
    <w:p>
      <w:r>
        <w:rPr>
          <w:b w:val="0"/>
          <w:sz w:val="20"/>
        </w:rPr>
        <w:t>Adresse : ____________________________________________________</w:t>
      </w:r>
    </w:p>
    <w:p>
      <w:r>
        <w:rPr>
          <w:b w:val="0"/>
          <w:sz w:val="20"/>
        </w:rPr>
        <w:t>Code postal : ___________ Ville : ____________________________</w:t>
      </w:r>
    </w:p>
    <w:p>
      <w:r>
        <w:rPr>
          <w:b w:val="0"/>
          <w:sz w:val="20"/>
        </w:rPr>
        <w:t>Téléphone : _________________________________________________</w:t>
      </w:r>
    </w:p>
    <w:p>
      <w:r>
        <w:rPr>
          <w:b w:val="0"/>
          <w:sz w:val="20"/>
        </w:rPr>
        <w:t>Adresse électronique : _______________________________________</w:t>
      </w:r>
    </w:p>
    <w:p/>
    <w:p/>
    <w:p>
      <w:r>
        <w:rPr>
          <w:b/>
          <w:sz w:val="20"/>
        </w:rPr>
        <w:t>À l’attention du service médical concerné</w:t>
      </w:r>
    </w:p>
    <w:p>
      <w:r>
        <w:rPr>
          <w:b w:val="0"/>
          <w:sz w:val="20"/>
        </w:rPr>
        <w:t>Nom de l’établissement de santé : ____________________________</w:t>
      </w:r>
    </w:p>
    <w:p>
      <w:r>
        <w:rPr>
          <w:b w:val="0"/>
          <w:sz w:val="20"/>
        </w:rPr>
        <w:t>Adresse : ____________________________________________________</w:t>
      </w:r>
    </w:p>
    <w:p>
      <w:r>
        <w:rPr>
          <w:b w:val="0"/>
          <w:sz w:val="20"/>
        </w:rPr>
        <w:t>Code postal : ___________ Ville : ____________________________</w:t>
      </w:r>
    </w:p>
    <w:p/>
    <w:p/>
    <w:p>
      <w:r>
        <w:rPr>
          <w:b/>
          <w:sz w:val="20"/>
        </w:rPr>
        <w:t>Objet : Demande de communication du dossier médical d’une personne décédée</w:t>
      </w:r>
    </w:p>
    <w:p/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Je me permets de vous adresser la présente afin de solliciter la communication du dossier médical complet de :</w:t>
      </w:r>
    </w:p>
    <w:p>
      <w:r>
        <w:rPr>
          <w:b w:val="0"/>
          <w:sz w:val="20"/>
        </w:rPr>
        <w:t>Nom et prénom du défunt : ______________________________________</w:t>
      </w:r>
    </w:p>
    <w:p>
      <w:r>
        <w:rPr>
          <w:b w:val="0"/>
          <w:sz w:val="20"/>
        </w:rPr>
        <w:t>Date de naissance : ____________________________________________</w:t>
      </w:r>
    </w:p>
    <w:p>
      <w:r>
        <w:rPr>
          <w:b w:val="0"/>
          <w:sz w:val="20"/>
        </w:rPr>
        <w:t>Date du décès : _______________________________________________</w:t>
      </w:r>
    </w:p>
    <w:p/>
    <w:p>
      <w:r>
        <w:rPr>
          <w:b w:val="0"/>
          <w:sz w:val="20"/>
        </w:rPr>
        <w:t>En tant que (précisez le lien avec la personne décédée) : _______________________________, je souhaite obtenir ce dossier conformément aux dispositions des articles L1110-4 et R1112-33 du Code de la santé publique.</w:t>
      </w:r>
    </w:p>
    <w:p/>
    <w:p>
      <w:r>
        <w:rPr>
          <w:b w:val="0"/>
          <w:sz w:val="20"/>
        </w:rPr>
        <w:t>Conformément à l’article L1110-4 du Code de la santé publique, j’exerce mon droit d’accès aux informations médicales relatives à la personne décédée, dans le cadre des règles légales encadrant cette communication.</w:t>
      </w:r>
    </w:p>
    <w:p/>
    <w:p>
      <w:r>
        <w:rPr>
          <w:b w:val="0"/>
          <w:sz w:val="20"/>
        </w:rPr>
        <w:t>Je vous remercie de bien vouloir me faire parvenir une copie intégrale du dossier médical à l’adresse indiquée ci-dessus ou de m’indiquer les modalités pour sa consultation.</w:t>
      </w:r>
    </w:p>
    <w:p/>
    <w:p>
      <w:r>
        <w:rPr>
          <w:b w:val="0"/>
          <w:sz w:val="20"/>
        </w:rPr>
        <w:t>Je joins à cette demande les justificatifs nécessaires attestant de mon identité et de mon lien avec la personne décédée :</w:t>
      </w:r>
    </w:p>
    <w:p>
      <w:r>
        <w:rPr>
          <w:b w:val="0"/>
          <w:sz w:val="20"/>
        </w:rPr>
        <w:t>- Copie de ma pièce d’identité</w:t>
      </w:r>
    </w:p>
    <w:p>
      <w:r>
        <w:rPr>
          <w:b w:val="0"/>
          <w:sz w:val="20"/>
        </w:rPr>
        <w:t>- Justificatif du lien avec le défunt (acte de décès, jugement, ou autre document officiel)</w:t>
      </w:r>
    </w:p>
    <w:p/>
    <w:p>
      <w:r>
        <w:rPr>
          <w:b w:val="0"/>
          <w:sz w:val="20"/>
        </w:rPr>
        <w:t>Restant à votre disposition pour toute information complémentaire, je vous prie d’agréer, Madame, Monsieur, l’expression de mes salutations distinguées.</w:t>
      </w:r>
    </w:p>
    <w:p/>
    <w:p/>
    <w:p/>
    <w:p>
      <w:pPr>
        <w:jc w:val="center"/>
      </w:pPr>
      <w:r>
        <w:rPr>
          <w:b w:val="0"/>
          <w:sz w:val="20"/>
        </w:rPr>
        <w:t>Signature : ____________________________________________</w:t>
      </w:r>
    </w:p>
    <w:p/>
    <w:p/>
    <w:p>
      <w:r>
        <w:rPr>
          <w:b w:val="0"/>
          <w:sz w:val="20"/>
        </w:rPr>
        <w:t>Fait à : ___________________________</w:t>
      </w:r>
    </w:p>
    <w:p>
      <w:r>
        <w:rPr>
          <w:b w:val="0"/>
          <w:sz w:val="20"/>
        </w:rPr>
        <w:t>Le : 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Pièces jointes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Description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1. Copie pièce d’identité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2. Justificatif lien avec le défunt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https://juridique-administration.com/modele-lettre-demande-dossier-medical-personne-decedee/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modele-lettre-demande-dossier-medical-personne-decedee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