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DEMANDE DE STAGIAIRISATION</w:t>
      </w:r>
    </w:p>
    <w:p/>
    <w:p/>
    <w:p>
      <w:r>
        <w:rPr>
          <w:b/>
          <w:sz w:val="20"/>
        </w:rPr>
        <w:t>À</w:t>
      </w:r>
    </w:p>
    <w:p>
      <w:r>
        <w:rPr>
          <w:b w:val="0"/>
          <w:sz w:val="20"/>
        </w:rPr>
        <w:t>Monsieur ou Madame le Directeur / la Directrice des Ressources Humaines</w:t>
      </w:r>
    </w:p>
    <w:p>
      <w:r>
        <w:rPr>
          <w:b w:val="0"/>
          <w:sz w:val="20"/>
        </w:rPr>
        <w:t>Établissement de santé</w:t>
      </w:r>
    </w:p>
    <w:p>
      <w:r>
        <w:rPr>
          <w:b w:val="0"/>
          <w:sz w:val="20"/>
        </w:rPr>
        <w:t>Adresse</w:t>
      </w:r>
    </w:p>
    <w:p>
      <w:r>
        <w:rPr>
          <w:b w:val="0"/>
          <w:sz w:val="20"/>
        </w:rPr>
        <w:t>Code postal - Ville</w:t>
      </w:r>
    </w:p>
    <w:p/>
    <w:p/>
    <w:p>
      <w:r>
        <w:rPr>
          <w:b/>
          <w:sz w:val="20"/>
        </w:rPr>
        <w:t>De</w:t>
      </w:r>
    </w:p>
    <w:p>
      <w:r>
        <w:rPr>
          <w:b w:val="0"/>
          <w:sz w:val="20"/>
        </w:rPr>
        <w:t>Nom : _________________________________________________</w:t>
      </w:r>
    </w:p>
    <w:p>
      <w:r>
        <w:rPr>
          <w:b w:val="0"/>
          <w:sz w:val="20"/>
        </w:rPr>
        <w:t>Prénom : _______________________________________________</w:t>
      </w:r>
    </w:p>
    <w:p>
      <w:r>
        <w:rPr>
          <w:b w:val="0"/>
          <w:sz w:val="20"/>
        </w:rPr>
        <w:t>Adresse : ______________________________________________</w:t>
      </w:r>
    </w:p>
    <w:p>
      <w:r>
        <w:rPr>
          <w:b w:val="0"/>
          <w:sz w:val="20"/>
        </w:rPr>
        <w:t>Code postal - Ville : ____________________________________</w:t>
      </w:r>
    </w:p>
    <w:p>
      <w:r>
        <w:rPr>
          <w:b w:val="0"/>
          <w:sz w:val="20"/>
        </w:rPr>
        <w:t>Téléphone : ____________________________________________</w:t>
      </w:r>
    </w:p>
    <w:p>
      <w:r>
        <w:rPr>
          <w:b w:val="0"/>
          <w:sz w:val="20"/>
        </w:rPr>
        <w:t>Adresse mail : __________________________________________</w:t>
      </w:r>
    </w:p>
    <w:p/>
    <w:p/>
    <w:p>
      <w:r>
        <w:rPr>
          <w:b/>
          <w:sz w:val="20"/>
        </w:rPr>
        <w:t>Objet : Demande de stagiairisation dans la fonction publique hospitalière</w:t>
      </w:r>
    </w:p>
    <w:p/>
    <w:p/>
    <w:p>
      <w:r>
        <w:rPr>
          <w:b w:val="0"/>
          <w:sz w:val="20"/>
        </w:rPr>
        <w:t>Monsieur, Madame,</w:t>
      </w:r>
    </w:p>
    <w:p/>
    <w:p>
      <w:r>
        <w:rPr>
          <w:b w:val="0"/>
          <w:sz w:val="20"/>
        </w:rPr>
        <w:t>Actuellement ___________ (préciser votre situation : étudiant(e), contractuel(le), agent non titulaire, etc.), je me permets de vous adresser cette demande afin d'obtenir ma stagiairisation au sein de la fonction publique hospitalière en qualité de ____________ (préciser le cadre d'emploi ou le poste envisagé).</w:t>
      </w:r>
    </w:p>
    <w:p/>
    <w:p>
      <w:r>
        <w:rPr>
          <w:b w:val="0"/>
          <w:sz w:val="20"/>
        </w:rPr>
        <w:t>Conformément aux dispositions prévues par le statut général de la fonction publique hospitalière, la stagiairisation constitue une étape obligatoire pour accéder au statut de fonctionnaire titulaire après la réussite du concours ou par voie de recrutement direct, selon le cas. Cette période de stage me permettrait d'acquérir les compétences nécessaires et de démontrer mon aptitude à exercer les fonctions qui me seront confiées.</w:t>
      </w:r>
    </w:p>
    <w:p/>
    <w:p>
      <w:r>
        <w:rPr>
          <w:b w:val="0"/>
          <w:sz w:val="20"/>
        </w:rPr>
        <w:t>Je m'engage à respecter les obligations inhérentes au statut de stagiaire et à remplir avec sérieux les missions qui me seront confiées. Je suis également disponible pour fournir tout document ou information complémentaire qui pourrait appuyer ma demande.</w:t>
      </w:r>
    </w:p>
    <w:p/>
    <w:p>
      <w:r>
        <w:rPr>
          <w:b w:val="0"/>
          <w:sz w:val="20"/>
        </w:rPr>
        <w:t>Je vous remercie par avance de l'attention portée à ma requête et reste à votre disposition pour toute rencontre ou entretien que vous jugerez utile.</w:t>
      </w:r>
    </w:p>
    <w:p/>
    <w:p>
      <w:r>
        <w:rPr>
          <w:b w:val="0"/>
          <w:sz w:val="20"/>
        </w:rPr>
        <w:t>Je vous prie d’agréer, Monsieur, Madame, l’expression de mes salutations respectueuses.</w:t>
      </w:r>
    </w:p>
    <w:p/>
    <w:p/>
    <w:p/>
    <w:p>
      <w:r>
        <w:rPr>
          <w:b/>
          <w:sz w:val="20"/>
        </w:rPr>
        <w:t>Signature :</w:t>
      </w:r>
    </w:p>
    <w:p/>
    <w:p/>
    <w:p/>
    <w:p/>
    <w:p>
      <w:r>
        <w:rPr>
          <w:b/>
          <w:sz w:val="20"/>
        </w:rPr>
        <w:t>Pièces jointes :</w:t>
      </w:r>
    </w:p>
    <w:p>
      <w:r>
        <w:rPr>
          <w:b w:val="0"/>
          <w:sz w:val="20"/>
        </w:rPr>
        <w:t>- Curriculum Vitae</w:t>
      </w:r>
    </w:p>
    <w:p>
      <w:r>
        <w:rPr>
          <w:b w:val="0"/>
          <w:sz w:val="20"/>
        </w:rPr>
        <w:t>- Copie du diplôme ou justificatif de formation</w:t>
      </w:r>
    </w:p>
    <w:p>
      <w:r>
        <w:rPr>
          <w:b w:val="0"/>
          <w:sz w:val="20"/>
        </w:rPr>
        <w:t>- Attestation(s) d’expérience professionnelle (le cas échéant)</w:t>
      </w:r>
    </w:p>
    <w:p>
      <w:r>
        <w:rPr>
          <w:b w:val="0"/>
          <w:sz w:val="20"/>
        </w:rPr>
        <w:t>- Tout autre document jugé pertinent</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Fait à : ___________________________</w:t>
            </w:r>
          </w:p>
        </w:tc>
        <w:tc>
          <w:tcPr>
            <w:tcW w:type="dxa" w:w="4986"/>
            <w:tcBorders>
              <w:top w:val="nil"/>
              <w:left w:val="nil"/>
              <w:bottom w:val="nil"/>
              <w:right w:val="nil"/>
              <w:insideH w:val="nil"/>
              <w:insideV w:val="nil"/>
            </w:tcBorders>
          </w:tcPr>
          <w:p>
            <w:pPr>
              <w:jc w:val="left"/>
            </w:pPr>
            <w:r>
              <w:t>Le : ______________________________</w:t>
            </w:r>
          </w:p>
        </w:tc>
      </w:tr>
      <w:tr>
        <w:tc>
          <w:tcPr>
            <w:tcW w:type="dxa" w:w="4986"/>
            <w:tcBorders>
              <w:top w:val="nil"/>
              <w:left w:val="nil"/>
              <w:bottom w:val="nil"/>
              <w:right w:val="nil"/>
              <w:insideH w:val="nil"/>
              <w:insideV w:val="nil"/>
            </w:tcBorders>
          </w:tcPr>
          <w:p>
            <w:pPr>
              <w:jc w:val="left"/>
            </w:pPr>
            <w:r>
              <w:t>Signature du demandeur :</w:t>
            </w:r>
          </w:p>
        </w:tc>
        <w:tc>
          <w:tcPr>
            <w:tcW w:type="dxa" w:w="4986"/>
            <w:tcBorders>
              <w:top w:val="nil"/>
              <w:left w:val="nil"/>
              <w:bottom w:val="nil"/>
              <w:right w:val="nil"/>
              <w:insideH w:val="nil"/>
              <w:insideV w:val="nil"/>
            </w:tcBorders>
          </w:tcPr>
          <w:p>
            <w:pPr>
              <w:jc w:val="left"/>
            </w:pPr>
            <w:r>
              <w:t>Signature du responsable RH :</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https://juridique-administration.com/modele-lettre-demande-de-stagiairisation-fonction-publique-hospitaliere/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ande-de-stagiairisation-fonction-publique-hospitalier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