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val="0"/>
          <w:sz w:val="20"/>
        </w:rPr>
        <w:t>Nom et Prénom : ___________________________</w:t>
        <w:br/>
      </w:r>
      <w:r>
        <w:rPr>
          <w:b w:val="0"/>
          <w:sz w:val="20"/>
        </w:rPr>
        <w:t>Administration : ____________________________</w:t>
      </w:r>
    </w:p>
    <w:p/>
    <w:p/>
    <w:p>
      <w:pPr>
        <w:jc w:val="center"/>
      </w:pPr>
      <w:r>
        <w:rPr>
          <w:b/>
          <w:sz w:val="20"/>
        </w:rPr>
        <w:t>Modèle de Lettre de Demande de Reclassement</w:t>
        <w:br/>
        <w:t>Fonction Publique</w:t>
      </w:r>
    </w:p>
    <w:p/>
    <w:p/>
    <w:p>
      <w:r>
        <w:rPr>
          <w:b/>
          <w:sz w:val="20"/>
        </w:rPr>
        <w:t>À l’attention de :</w:t>
      </w:r>
    </w:p>
    <w:p>
      <w:r>
        <w:rPr>
          <w:b w:val="0"/>
          <w:sz w:val="20"/>
        </w:rPr>
        <w:t>Monsieur/Madame le/la Directeur(trice) des Ressources Humaines</w:t>
      </w:r>
    </w:p>
    <w:p>
      <w:r>
        <w:rPr>
          <w:b w:val="0"/>
          <w:sz w:val="20"/>
        </w:rPr>
        <w:t>Service des Ressources Humaines</w:t>
      </w:r>
    </w:p>
    <w:p>
      <w:r>
        <w:rPr>
          <w:b w:val="0"/>
          <w:sz w:val="20"/>
        </w:rPr>
        <w:t>Adresse de l’administration</w:t>
      </w:r>
    </w:p>
    <w:p/>
    <w:p/>
    <w:p>
      <w:r>
        <w:rPr>
          <w:b/>
          <w:sz w:val="20"/>
        </w:rPr>
        <w:t>Objet : Demande de reclassement dans la Fonction publique</w:t>
      </w:r>
    </w:p>
    <w:p/>
    <w:p>
      <w:r>
        <w:rPr>
          <w:b w:val="0"/>
          <w:sz w:val="20"/>
        </w:rPr>
        <w:t>Madame/Monsieur,</w:t>
      </w:r>
    </w:p>
    <w:p/>
    <w:p>
      <w:r>
        <w:rPr>
          <w:b w:val="0"/>
          <w:sz w:val="20"/>
        </w:rPr>
        <w:t>Par la présente, je souhaite vous adresser ma demande de reclassement au sein de la Fonction publique. Actuellement en poste en qualité de _____________________________, je sollicite un reclassement en raison de :</w:t>
      </w:r>
    </w:p>
    <w:p/>
    <w:p>
      <w:r>
        <w:rPr>
          <w:b w:val="0"/>
          <w:sz w:val="20"/>
        </w:rPr>
        <w:t>- évolution de carrière souhaitée</w:t>
      </w:r>
    </w:p>
    <w:p>
      <w:r>
        <w:rPr>
          <w:b w:val="0"/>
          <w:sz w:val="20"/>
        </w:rPr>
        <w:t>- changement des missions exercées</w:t>
      </w:r>
    </w:p>
    <w:p>
      <w:r>
        <w:rPr>
          <w:b w:val="0"/>
          <w:sz w:val="20"/>
        </w:rPr>
        <w:t>- contraintes de santé ou personnelles</w:t>
      </w:r>
    </w:p>
    <w:p>
      <w:r>
        <w:rPr>
          <w:b w:val="0"/>
          <w:sz w:val="20"/>
        </w:rPr>
        <w:t>- autre motif légitime précisé ci-dessous : ___________________________</w:t>
      </w:r>
    </w:p>
    <w:p/>
    <w:p>
      <w:r>
        <w:rPr>
          <w:b w:val="0"/>
          <w:sz w:val="20"/>
        </w:rPr>
        <w:t>En effet, conformément aux dispositions du statut général des fonctionnaires et des textes applicables, je suis en droit de solliciter un reclassement pour permettre la poursuite de ma carrière dans des conditions adaptées, tout en respectant le cadre légal et réglementaire en vigueur.</w:t>
      </w:r>
    </w:p>
    <w:p/>
    <w:p>
      <w:r>
        <w:rPr>
          <w:b w:val="0"/>
          <w:sz w:val="20"/>
        </w:rPr>
        <w:t>Je joins à ce courrier les pièces justificatives nécessaires à l’étude de ma demande :</w:t>
      </w:r>
    </w:p>
    <w:p>
      <w:r>
        <w:rPr>
          <w:b w:val="0"/>
          <w:sz w:val="20"/>
        </w:rPr>
        <w:t>- copie de mon dernier arrêté de nomination ou de titularisation</w:t>
      </w:r>
    </w:p>
    <w:p>
      <w:r>
        <w:rPr>
          <w:b w:val="0"/>
          <w:sz w:val="20"/>
        </w:rPr>
        <w:t>- justificatifs médicaux ou autres documents pertinents</w:t>
      </w:r>
    </w:p>
    <w:p>
      <w:r>
        <w:rPr>
          <w:b w:val="0"/>
          <w:sz w:val="20"/>
        </w:rPr>
        <w:t>- tout autre document que vous jugerez utile</w:t>
      </w:r>
    </w:p>
    <w:p/>
    <w:p>
      <w:r>
        <w:rPr>
          <w:b w:val="0"/>
          <w:sz w:val="20"/>
        </w:rPr>
        <w:t>Je reste à votre disposition pour toute information complémentaire ou entretien que vous jugerez utile afin d’examiner ma demande dans les meilleures conditions.</w:t>
      </w:r>
    </w:p>
    <w:p/>
    <w:p>
      <w:r>
        <w:rPr>
          <w:b w:val="0"/>
          <w:sz w:val="20"/>
        </w:rPr>
        <w:t>Je vous prie d’agréer, Madame/Monsieur, l’expression de mes salutations respectueuses.</w:t>
      </w:r>
    </w:p>
    <w:p/>
    <w:p/>
    <w:p>
      <w:r>
        <w:rPr>
          <w:b w:val="0"/>
          <w:sz w:val="20"/>
        </w:rPr>
        <w:t>Signature :</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Adresse : _____________________________________________________________</w:t>
            </w:r>
          </w:p>
        </w:tc>
        <w:tc>
          <w:tcPr>
            <w:tcW w:type="dxa" w:w="4986"/>
            <w:tcBorders>
              <w:top w:val="nil"/>
              <w:left w:val="nil"/>
              <w:bottom w:val="nil"/>
              <w:right w:val="nil"/>
              <w:insideH w:val="nil"/>
              <w:insideV w:val="nil"/>
            </w:tcBorders>
          </w:tcPr>
          <w:p>
            <w:pPr>
              <w:jc w:val="left"/>
            </w:pPr>
            <w:r>
              <w:t>Téléphone : _______________________</w:t>
            </w:r>
          </w:p>
        </w:tc>
      </w:tr>
      <w:tr>
        <w:tc>
          <w:tcPr>
            <w:tcW w:type="dxa" w:w="4986"/>
            <w:tcBorders>
              <w:top w:val="nil"/>
              <w:left w:val="nil"/>
              <w:bottom w:val="nil"/>
              <w:right w:val="nil"/>
              <w:insideH w:val="nil"/>
              <w:insideV w:val="nil"/>
            </w:tcBorders>
          </w:tcPr>
          <w:p>
            <w:pPr>
              <w:jc w:val="left"/>
            </w:pPr>
            <w:r>
              <w:t>Email : _______________________________________________________________</w:t>
            </w:r>
          </w:p>
        </w:tc>
        <w:tc>
          <w:tcPr>
            <w:tcW w:type="dxa" w:w="4986"/>
            <w:tcBorders>
              <w:top w:val="nil"/>
              <w:left w:val="nil"/>
              <w:bottom w:val="nil"/>
              <w:right w:val="nil"/>
              <w:insideH w:val="nil"/>
              <w:insideV w:val="nil"/>
            </w:tcBorders>
          </w:tcPr>
          <w:p>
            <w:pPr>
              <w:jc w:val="left"/>
            </w:pPr>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https://juridique-administration.com/modele-lettre-demande-de-reclassement-fonction-publique/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lettre-demande-de-reclassement-fonction-publiqu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