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MODÈLE DE LETTRE DE DEMANDE DE PROROGATION</w:t>
      </w:r>
    </w:p>
    <w:p/>
    <w:p/>
    <w:p>
      <w:r>
        <w:rPr>
          <w:b/>
          <w:sz w:val="20"/>
        </w:rPr>
        <w:t>Nom et Prénom de l’expéditeur :</w:t>
      </w:r>
    </w:p>
    <w:p>
      <w:r>
        <w:rPr>
          <w:b w:val="0"/>
          <w:sz w:val="20"/>
        </w:rPr>
        <w:t>Adresse complète :</w:t>
      </w:r>
    </w:p>
    <w:p>
      <w:r>
        <w:rPr>
          <w:b w:val="0"/>
          <w:sz w:val="20"/>
        </w:rPr>
        <w:t>Téléphone :</w:t>
      </w:r>
    </w:p>
    <w:p>
      <w:r>
        <w:rPr>
          <w:b w:val="0"/>
          <w:sz w:val="20"/>
        </w:rPr>
        <w:t>Adresse e-mail :</w:t>
      </w:r>
    </w:p>
    <w:p/>
    <w:p/>
    <w:p>
      <w:r>
        <w:rPr>
          <w:b/>
          <w:sz w:val="20"/>
        </w:rPr>
        <w:t>Nom et Prénom du destinataire :</w:t>
      </w:r>
    </w:p>
    <w:p>
      <w:r>
        <w:rPr>
          <w:b w:val="0"/>
          <w:sz w:val="20"/>
        </w:rPr>
        <w:t>Fonction / Service :</w:t>
      </w:r>
    </w:p>
    <w:p>
      <w:r>
        <w:rPr>
          <w:b w:val="0"/>
          <w:sz w:val="20"/>
        </w:rPr>
        <w:t>Adresse complète :</w:t>
      </w:r>
    </w:p>
    <w:p/>
    <w:p/>
    <w:p>
      <w:r>
        <w:rPr>
          <w:b/>
          <w:sz w:val="20"/>
        </w:rPr>
        <w:t>Objet : Demande de prorogation</w:t>
      </w:r>
    </w:p>
    <w:p/>
    <w:p/>
    <w:p>
      <w:r>
        <w:rPr>
          <w:b w:val="0"/>
          <w:sz w:val="20"/>
        </w:rPr>
        <w:t>Madame, Monsieur,</w:t>
      </w:r>
    </w:p>
    <w:p/>
    <w:p>
      <w:r>
        <w:rPr>
          <w:b w:val="0"/>
          <w:sz w:val="20"/>
        </w:rPr>
        <w:t>Je me permets de vous adresser la présente lettre afin de solliciter une prorogation concernant [préciser l'objet de la demande, ex : le délai accordé pour effectuer ...].</w:t>
      </w:r>
    </w:p>
    <w:p/>
    <w:p>
      <w:r>
        <w:rPr>
          <w:b w:val="0"/>
          <w:sz w:val="20"/>
        </w:rPr>
        <w:t>En effet, en raison de circonstances exceptionnelles et indépendantes de ma volonté, telles que [préciser les raisons justifiant la prorogation, ex : difficultés administratives, problèmes de santé, contraintes techniques, etc.], je ne suis pas en mesure de respecter le délai initialement fixé.</w:t>
      </w:r>
    </w:p>
    <w:p/>
    <w:p>
      <w:r>
        <w:rPr>
          <w:b w:val="0"/>
          <w:sz w:val="20"/>
        </w:rPr>
        <w:t>Conscient(e) de l'importance de respecter les échéances, je vous assure de ma volonté de mener à bien cette démarche dans les meilleurs délais. C’est pourquoi, je sollicite votre bienveillance pour obtenir une prolongation de [préciser la durée souhaitée de la prorogation, ex : X semaines/mois].</w:t>
      </w:r>
    </w:p>
    <w:p/>
    <w:p>
      <w:r>
        <w:rPr>
          <w:b w:val="0"/>
          <w:sz w:val="20"/>
        </w:rPr>
        <w:t>Je reste à votre disposition pour vous fournir tout document complémentaire que vous jugerez nécessaire et pour convenir, le cas échéant, d’un rendez-vous afin de discuter de cette demande.</w:t>
      </w:r>
    </w:p>
    <w:p/>
    <w:p>
      <w:r>
        <w:rPr>
          <w:b w:val="0"/>
          <w:sz w:val="20"/>
        </w:rPr>
        <w:t>Vous remerciant par avance de l’attention portée à ma requête, je vous prie d’agréer, Madame, Monsieur, l’expression de mes salutations distinguées.</w:t>
      </w:r>
    </w:p>
    <w:p/>
    <w:p/>
    <w:p/>
    <w:p>
      <w:r>
        <w:rPr>
          <w:b w:val="0"/>
          <w:sz w:val="20"/>
        </w:rPr>
        <w:t>Signature :</w:t>
      </w:r>
    </w:p>
    <w:p/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rPr>
                <w:sz w:val="20"/>
              </w:rPr>
              <w:t>Pièces jointes :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rPr>
                <w:sz w:val="20"/>
              </w:rPr>
              <w:t>- [Liste des documents annexés à la demande, ex : justificatifs, attestations]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https://juridique-administration.com/modele-lettre-demande-de-prorogation/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https://juridique-administration.com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juridique-administration.com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ique-administration.com/modele-lettre-demande-de-prorogation/" TargetMode="External"/><Relationship Id="rId10" Type="http://schemas.openxmlformats.org/officeDocument/2006/relationships/hyperlink" Target="https://juridique-administratio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