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LETTRE DE DEMANDE DE CONVOCATION À L’ASSEMBLÉE GÉNÉRALE EXTRAORDINAIRE</w:t>
      </w:r>
    </w:p>
    <w:p/>
    <w:p/>
    <w:p>
      <w:r>
        <w:rPr>
          <w:b/>
          <w:sz w:val="20"/>
        </w:rPr>
        <w:t>À l’attention du Président du Conseil d’Administration / Gérant / Président</w:t>
      </w:r>
    </w:p>
    <w:p>
      <w:r>
        <w:rPr>
          <w:b w:val="0"/>
          <w:sz w:val="20"/>
        </w:rPr>
        <w:t>Nom de la société : _______________________________________________</w:t>
      </w:r>
    </w:p>
    <w:p>
      <w:r>
        <w:rPr>
          <w:b w:val="0"/>
          <w:sz w:val="20"/>
        </w:rPr>
        <w:t>Adresse du siège social : __________________________________________</w:t>
      </w:r>
    </w:p>
    <w:p/>
    <w:p/>
    <w:p>
      <w:r>
        <w:rPr>
          <w:b/>
          <w:sz w:val="20"/>
        </w:rPr>
        <w:t>Objet : Demande de convocation à une Assemblée Générale Extraordinaire</w:t>
      </w:r>
    </w:p>
    <w:p/>
    <w:p>
      <w:r>
        <w:rPr>
          <w:b w:val="0"/>
          <w:sz w:val="20"/>
        </w:rPr>
        <w:t>Madame, Monsieur,</w:t>
      </w:r>
    </w:p>
    <w:p/>
    <w:p>
      <w:r>
        <w:rPr>
          <w:b w:val="0"/>
          <w:sz w:val="20"/>
        </w:rPr>
        <w:t>En qualité d’actionnaire / associé(e) de la société susmentionnée, je me permets de vous adresser la présente demande afin de convoquer une Assemblée Générale Extraordinaire conformément aux dispositions légales et statutaires en vigueur.</w:t>
      </w:r>
    </w:p>
    <w:p/>
    <w:p>
      <w:r>
        <w:rPr>
          <w:b w:val="0"/>
          <w:sz w:val="20"/>
        </w:rPr>
        <w:t>Conformément à l’article L. 225-103 du Code de commerce (ou article applicable selon la forme juridique de la société), je sollicite la tenue d’une Assemblée Générale Extraordinaire afin de délibérer sur l’ordre du jour suivant :</w:t>
      </w:r>
    </w:p>
    <w:p/>
    <w:p>
      <w:r>
        <w:rPr>
          <w:b/>
          <w:sz w:val="20"/>
        </w:rPr>
        <w:t>Ordre du jour proposé :</w:t>
      </w:r>
    </w:p>
    <w:p>
      <w:r>
        <w:rPr>
          <w:b w:val="0"/>
          <w:sz w:val="20"/>
        </w:rPr>
        <w:t>1. _________________________________________________________________</w:t>
      </w:r>
    </w:p>
    <w:p>
      <w:r>
        <w:rPr>
          <w:b w:val="0"/>
          <w:sz w:val="20"/>
        </w:rPr>
        <w:t>2. _________________________________________________________________</w:t>
      </w:r>
    </w:p>
    <w:p>
      <w:r>
        <w:rPr>
          <w:b w:val="0"/>
          <w:sz w:val="20"/>
        </w:rPr>
        <w:t>3. _________________________________________________________________</w:t>
      </w:r>
    </w:p>
    <w:p>
      <w:r>
        <w:rPr>
          <w:b w:val="0"/>
          <w:sz w:val="20"/>
        </w:rPr>
        <w:t>4. _________________________________________________________________</w:t>
      </w:r>
    </w:p>
    <w:p/>
    <w:p>
      <w:r>
        <w:rPr>
          <w:b w:val="0"/>
          <w:sz w:val="20"/>
        </w:rPr>
        <w:t>Je vous prie de bien vouloir me faire parvenir, dans les délais légaux, la convocation officielle ainsi que les documents nécessaires à la bonne tenue de cette assemblée.</w:t>
      </w:r>
    </w:p>
    <w:p/>
    <w:p>
      <w:r>
        <w:rPr>
          <w:b w:val="0"/>
          <w:sz w:val="20"/>
        </w:rPr>
        <w:t>Je reste à votre disposition pour toute information complémentaire et vous remercie par avance de l’attention portée à cette demande.</w:t>
      </w:r>
    </w:p>
    <w:p/>
    <w:p/>
    <w:p>
      <w:r>
        <w:rPr>
          <w:b w:val="0"/>
          <w:sz w:val="20"/>
        </w:rPr>
        <w:t>Veuillez agréer, Madame, Monsieur, l’expression de mes salutations distinguées.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Nom de l’actionnaire / associé(e)</w:t>
            </w:r>
          </w:p>
        </w:tc>
        <w:tc>
          <w:tcPr>
            <w:tcW w:type="dxa" w:w="4986"/>
            <w:tcBorders>
              <w:top w:val="nil"/>
              <w:left w:val="nil"/>
              <w:bottom w:val="nil"/>
              <w:right w:val="nil"/>
              <w:insideH w:val="nil"/>
              <w:insideV w:val="nil"/>
            </w:tcBorders>
          </w:tcPr>
          <w:p>
            <w:pPr>
              <w:jc w:val="center"/>
            </w:pPr>
            <w:r>
              <w:t>Signature</w:t>
            </w:r>
          </w:p>
        </w:tc>
      </w:tr>
      <w:tr>
        <w:tc>
          <w:tcPr>
            <w:tcW w:type="dxa" w:w="4986"/>
            <w:tcBorders>
              <w:top w:val="nil"/>
              <w:left w:val="nil"/>
              <w:bottom w:val="nil"/>
              <w:right w:val="nil"/>
              <w:insideH w:val="nil"/>
              <w:insideV w:val="nil"/>
            </w:tcBorders>
          </w:tcPr>
          <w:p>
            <w:r>
              <w:t>____________________________________________________</w:t>
            </w:r>
          </w:p>
        </w:tc>
        <w:tc>
          <w:tcPr>
            <w:tcW w:type="dxa" w:w="4986"/>
            <w:tcBorders>
              <w:top w:val="nil"/>
              <w:left w:val="nil"/>
              <w:bottom w:val="nil"/>
              <w:right w:val="nil"/>
              <w:insideH w:val="nil"/>
              <w:insideV w:val="nil"/>
            </w:tcBorders>
          </w:tcPr>
          <w:p>
            <w:r/>
          </w:p>
        </w:tc>
      </w:tr>
      <w:tr>
        <w:tc>
          <w:tcPr>
            <w:tcW w:type="dxa" w:w="4986"/>
            <w:tcBorders>
              <w:top w:val="nil"/>
              <w:left w:val="nil"/>
              <w:bottom w:val="nil"/>
              <w:right w:val="nil"/>
              <w:insideH w:val="nil"/>
              <w:insideV w:val="nil"/>
            </w:tcBorders>
          </w:tcPr>
          <w:p>
            <w:r>
              <w:t>Adresse : ___________________________________________</w:t>
            </w:r>
          </w:p>
        </w:tc>
        <w:tc>
          <w:tcPr>
            <w:tcW w:type="dxa" w:w="4986"/>
            <w:tcBorders>
              <w:top w:val="nil"/>
              <w:left w:val="nil"/>
              <w:bottom w:val="nil"/>
              <w:right w:val="nil"/>
              <w:insideH w:val="nil"/>
              <w:insideV w:val="nil"/>
            </w:tcBorders>
          </w:tcPr>
          <w:p>
            <w:r>
              <w:t>Téléphone : 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https://juridique-administration.com/modele-lettre-demande-assemblee-generale-extraordinaire/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lettre-demande-assemblee-generale-extraordinair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