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MODÈLE DE LETTRE DE DEMANDE D’AGRÉMENT POUR ADOPTION CELIBATAIRE</w:t>
      </w:r>
    </w:p>
    <w:p/>
    <w:p/>
    <w:p>
      <w:r>
        <w:rPr>
          <w:b w:val="0"/>
          <w:sz w:val="20"/>
        </w:rPr>
        <w:t>À l’attention de Monsieur ou Madame le Directeur / la Directrice de la Protection Maternelle et Infantile (PMI)</w:t>
      </w:r>
    </w:p>
    <w:p>
      <w:r>
        <w:rPr>
          <w:b w:val="0"/>
          <w:sz w:val="20"/>
        </w:rPr>
        <w:t>Service de Protection de l'Enfance</w:t>
      </w:r>
    </w:p>
    <w:p>
      <w:r>
        <w:rPr>
          <w:b w:val="0"/>
          <w:sz w:val="20"/>
        </w:rPr>
        <w:t>Adresse complète du service</w:t>
      </w:r>
    </w:p>
    <w:p/>
    <w:p/>
    <w:p>
      <w:r>
        <w:rPr>
          <w:b/>
          <w:sz w:val="20"/>
        </w:rPr>
        <w:t>Objet : Demande d’agrément en vue d’une adoption en tant que parent célibataire</w:t>
      </w:r>
    </w:p>
    <w:p/>
    <w:p/>
    <w:p>
      <w:r>
        <w:rPr>
          <w:b w:val="0"/>
          <w:sz w:val="20"/>
        </w:rPr>
        <w:t>Madame, Monsieur,</w:t>
      </w:r>
    </w:p>
    <w:p/>
    <w:p>
      <w:r>
        <w:rPr>
          <w:b w:val="0"/>
          <w:sz w:val="20"/>
        </w:rPr>
        <w:t>Par la présente, je souhaite soumettre ma demande d’agrément en vue d’adopter un enfant en qualité de parent célibataire, conformément aux dispositions du Code civil et aux conditions encadrant l’adoption en France.</w:t>
      </w:r>
    </w:p>
    <w:p/>
    <w:p>
      <w:r>
        <w:rPr>
          <w:b w:val="0"/>
          <w:sz w:val="20"/>
        </w:rPr>
        <w:t>Je m’appelle : ____________________________________________________</w:t>
      </w:r>
    </w:p>
    <w:p>
      <w:r>
        <w:rPr>
          <w:b w:val="0"/>
          <w:sz w:val="20"/>
        </w:rPr>
        <w:t>Né(e) le : _______________________________________________________</w:t>
      </w:r>
    </w:p>
    <w:p>
      <w:r>
        <w:rPr>
          <w:b w:val="0"/>
          <w:sz w:val="20"/>
        </w:rPr>
        <w:t>À : _____________________________________________________________</w:t>
      </w:r>
    </w:p>
    <w:p>
      <w:r>
        <w:rPr>
          <w:b w:val="0"/>
          <w:sz w:val="20"/>
        </w:rPr>
        <w:t>Demeurant au : ___________________________________________________</w:t>
      </w:r>
    </w:p>
    <w:p>
      <w:r>
        <w:rPr>
          <w:b w:val="0"/>
          <w:sz w:val="20"/>
        </w:rPr>
        <w:t>Téléphone : ______________________________________________________</w:t>
      </w:r>
    </w:p>
    <w:p>
      <w:r>
        <w:rPr>
          <w:b w:val="0"/>
          <w:sz w:val="20"/>
        </w:rPr>
        <w:t>Adresse mail : ___________________________________________________</w:t>
      </w:r>
    </w:p>
    <w:p/>
    <w:p>
      <w:r>
        <w:rPr>
          <w:b w:val="0"/>
          <w:sz w:val="20"/>
        </w:rPr>
        <w:t>Je suis actuellement célibataire et j’exprime par ce courrier mon souhait d’engager la procédure d’agrément en vue d’adopter un enfant, en respect des conditions suivantes :</w:t>
      </w:r>
    </w:p>
    <w:p/>
    <w:p>
      <w:r>
        <w:rPr>
          <w:b w:val="0"/>
          <w:sz w:val="20"/>
        </w:rPr>
        <w:t>• Être en mesure d’assurer l’éducation, la santé, la sécurité et le bien-être de l’enfant.</w:t>
      </w:r>
    </w:p>
    <w:p>
      <w:r>
        <w:rPr>
          <w:b w:val="0"/>
          <w:sz w:val="20"/>
        </w:rPr>
        <w:t>• Présenter une situation personnelle, familiale et professionnelle stable et compatible avec les exigences de l’adoption.</w:t>
      </w:r>
    </w:p>
    <w:p>
      <w:r>
        <w:rPr>
          <w:b w:val="0"/>
          <w:sz w:val="20"/>
        </w:rPr>
        <w:t>• M’engager à respecter les droits et besoins de l’enfant adopté, dans le cadre légal et social prévu.</w:t>
      </w:r>
    </w:p>
    <w:p>
      <w:r>
        <w:rPr>
          <w:b w:val="0"/>
          <w:sz w:val="20"/>
        </w:rPr>
        <w:t>• Suivre les formations et entretiens requis dans le cadre de la procédure d’agrément.</w:t>
      </w:r>
    </w:p>
    <w:p/>
    <w:p>
      <w:r>
        <w:rPr>
          <w:b w:val="0"/>
          <w:sz w:val="20"/>
        </w:rPr>
        <w:t>Conscient(e) des responsabilités que représente l’adoption, je m’engage à collaborer pleinement avec les services compétents tout au long de la procédure.</w:t>
      </w:r>
    </w:p>
    <w:p/>
    <w:p>
      <w:r>
        <w:rPr>
          <w:b w:val="0"/>
          <w:sz w:val="20"/>
        </w:rPr>
        <w:t>Je me tiens à votre disposition pour tout entretien ou complément d’information que vous jugerez utile afin de compléter mon dossier.</w:t>
      </w:r>
    </w:p>
    <w:p/>
    <w:p/>
    <w:p>
      <w:r>
        <w:rPr>
          <w:b w:val="0"/>
          <w:sz w:val="20"/>
        </w:rPr>
        <w:t>Je vous prie d’agréer, Madame, Monsieur, l’expression de mes salutations respectueuses.</w:t>
      </w:r>
    </w:p>
    <w:p/>
    <w:p/>
    <w:p/>
    <w:p/>
    <w:p>
      <w:r>
        <w:rPr>
          <w:b w:val="0"/>
          <w:sz w:val="20"/>
        </w:rPr>
        <w:t>Signature :</w:t>
      </w:r>
    </w:p>
    <w:p/>
    <w:p/>
    <w:p>
      <w:r>
        <w:rPr>
          <w:b/>
          <w:sz w:val="20"/>
        </w:rPr>
        <w:t>Pièces jointes :</w:t>
      </w:r>
    </w:p>
    <w:p>
      <w:r>
        <w:rPr>
          <w:b w:val="0"/>
          <w:sz w:val="20"/>
        </w:rPr>
        <w:t>- Copie de la pièce d’identité</w:t>
      </w:r>
    </w:p>
    <w:p>
      <w:r>
        <w:rPr>
          <w:b w:val="0"/>
          <w:sz w:val="20"/>
        </w:rPr>
        <w:t>- Justificatif de domicile récent</w:t>
      </w:r>
    </w:p>
    <w:p>
      <w:r>
        <w:rPr>
          <w:b w:val="0"/>
          <w:sz w:val="20"/>
        </w:rPr>
        <w:t>- Curriculum vitae</w:t>
      </w:r>
    </w:p>
    <w:p>
      <w:r>
        <w:rPr>
          <w:b w:val="0"/>
          <w:sz w:val="20"/>
        </w:rPr>
        <w:t>- Autres documents justificatifs (le cas échéant)</w:t>
      </w:r>
    </w:p>
    <w:p/>
    <w:p>
      <w:r>
        <w:rPr>
          <w:b w:val="0"/>
          <w:sz w:val="20"/>
        </w:rPr>
        <w:t>Lieu : ____________________________________</w:t>
      </w:r>
    </w:p>
    <w:p>
      <w:r>
        <w:rPr>
          <w:b w:val="0"/>
          <w:sz w:val="20"/>
        </w:rPr>
        <w:t>Date : ____________________________________</w:t>
      </w:r>
    </w:p>
    <w:p>
      <w:r>
        <w:br w:type="page"/>
      </w:r>
    </w:p>
    <w:p>
      <w:pPr>
        <w:jc w:val="center"/>
      </w:pPr>
      <w:r>
        <w:rPr>
          <w:color w:val="555555"/>
          <w:sz w:val="24"/>
        </w:rPr>
        <w:t>Source originale de ce document :</w:t>
      </w:r>
    </w:p>
    <w:p>
      <w:pPr>
        <w:jc w:val="center"/>
      </w:pPr>
      <w:hyperlink r:id="rId9">
        <w:r>
          <w:rPr>
            <w:color w:val="0000FF"/>
            <w:u w:val="single"/>
          </w:rPr>
          <w:t>https://juridique-administration.com/modele-lettre-demande-agrement-adoption-celibataire/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modele-lettre-demande-agrement-adoption-celibataire/"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