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sz w:val="20"/>
        </w:rPr>
        <w:t>Nom Prénom</w:t>
        <w:br/>
        <w:t>Adresse</w:t>
        <w:br/>
        <w:t>Code postal Ville</w:t>
        <w:br/>
        <w:t>Téléphone</w:t>
        <w:br/>
        <w:t>Email</w:t>
      </w:r>
    </w:p>
    <w:p/>
    <w:p/>
    <w:p>
      <w:r>
        <w:rPr>
          <w:b/>
          <w:sz w:val="20"/>
        </w:rPr>
        <w:t>Objet : Candidature à une promotion interne</w:t>
      </w:r>
    </w:p>
    <w:p/>
    <w:p/>
    <w:p>
      <w:r>
        <w:rPr>
          <w:b w:val="0"/>
          <w:sz w:val="20"/>
        </w:rPr>
        <w:t>Madame, Monsieur,</w:t>
      </w:r>
    </w:p>
    <w:p/>
    <w:p>
      <w:r>
        <w:rPr>
          <w:b w:val="0"/>
          <w:sz w:val="20"/>
        </w:rPr>
        <w:t>Par la présente, je souhaite vous faire part de mon intérêt pour la promotion interne au poste de __________________________________________________, au sein de la fonction publique. Actuellement en poste en qualité de __________________________________________________, je suis motivé(e) à poursuivre mon engagement et à relever de nouveaux défis.</w:t>
      </w:r>
    </w:p>
    <w:p/>
    <w:p>
      <w:r>
        <w:rPr>
          <w:b w:val="0"/>
          <w:sz w:val="20"/>
        </w:rPr>
        <w:t>Depuis mon entrée dans la fonction publique, j’ai acquis une solide expérience dans les domaines suivants : __________________________________________________, ce qui m’a permis de développer des compétences spécifiques, telles que __________________________________________________. Mon parcours professionnel témoigne de mon implication et de ma capacité à assumer des responsabilités croissantes.</w:t>
      </w:r>
    </w:p>
    <w:p/>
    <w:p>
      <w:r>
        <w:rPr>
          <w:b w:val="0"/>
          <w:sz w:val="20"/>
        </w:rPr>
        <w:t>Cette candidature s’inscrit dans ma volonté d’évoluer professionnellement tout en continuant à servir l’intérêt général. Je suis convaincu(e) que mes compétences, mon sens du service public, ainsi que ma connaissance approfondie des missions de l’administration constituent des atouts majeurs pour réussir dans les fonctions visées.</w:t>
      </w:r>
    </w:p>
    <w:p/>
    <w:p>
      <w:r>
        <w:rPr>
          <w:b w:val="0"/>
          <w:sz w:val="20"/>
        </w:rPr>
        <w:t>Conscient(e) des exigences liées à ce poste, je m’engage pleinement à assurer une transition efficace et à contribuer activement au bon fonctionnement du service. Mon projet professionnel s’appuie sur la volonté de renforcer la qualité des prestations rendues aux usagers et d’accompagner les évolutions institutionnelles.</w:t>
      </w:r>
    </w:p>
    <w:p/>
    <w:p>
      <w:r>
        <w:rPr>
          <w:b w:val="0"/>
          <w:sz w:val="20"/>
        </w:rPr>
        <w:t>Je reste à votre disposition pour un entretien à votre convenance, afin de vous exposer de manière plus détaillée mes motivations et mon projet professionnel. Je vous remercie par avance de l’attention que vous porterez à ma candidature.</w:t>
      </w:r>
    </w:p>
    <w:p/>
    <w:p/>
    <w:p>
      <w:r>
        <w:rPr>
          <w:b w:val="0"/>
          <w:sz w:val="20"/>
        </w:rPr>
        <w:t>Veuillez agréer, Madame, Monsieur, l’expression de mes salutations respectueuses.</w:t>
      </w:r>
    </w:p>
    <w:p/>
    <w:p/>
    <w:p/>
    <w:p>
      <w:r>
        <w:rPr>
          <w:b w:val="0"/>
          <w:sz w:val="20"/>
        </w:rPr>
        <w:t>Signature</w:t>
      </w:r>
    </w:p>
    <w:p>
      <w:r>
        <w:br w:type="page"/>
      </w:r>
    </w:p>
    <w:p>
      <w:pPr>
        <w:jc w:val="center"/>
      </w:pPr>
      <w:r>
        <w:rPr>
          <w:color w:val="555555"/>
          <w:sz w:val="24"/>
        </w:rPr>
        <w:t>Source originale de ce document :</w:t>
      </w:r>
    </w:p>
    <w:p>
      <w:pPr>
        <w:jc w:val="center"/>
      </w:pPr>
      <w:hyperlink r:id="rId9">
        <w:r>
          <w:rPr>
            <w:color w:val="0000FF"/>
            <w:u w:val="single"/>
          </w:rPr>
          <w:t>https://juridique-administration.com/modele-lettre-de-motivation-promotion-interne-fonction-publique/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de-motivation-promotion-interne-fonction-publiqu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