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Motivation</w:t>
      </w:r>
    </w:p>
    <w:p>
      <w:pPr>
        <w:jc w:val="center"/>
      </w:pPr>
      <w:r>
        <w:rPr>
          <w:b/>
          <w:sz w:val="20"/>
        </w:rPr>
        <w:t>Après une période en tant que mère au foyer</w:t>
      </w:r>
    </w:p>
    <w:p/>
    <w:p/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/>
    <w:p>
      <w:r>
        <w:rPr>
          <w:b w:val="0"/>
          <w:sz w:val="20"/>
        </w:rPr>
        <w:t>Nom de l’entreprise : _____________________________________________</w:t>
      </w:r>
    </w:p>
    <w:p>
      <w:r>
        <w:rPr>
          <w:b w:val="0"/>
          <w:sz w:val="20"/>
        </w:rPr>
        <w:t>Service ou nom du recruteur : ______________________________________</w:t>
      </w:r>
    </w:p>
    <w:p>
      <w:r>
        <w:rPr>
          <w:b w:val="0"/>
          <w:sz w:val="20"/>
        </w:rPr>
        <w:t>Adresse de l’entreprise : __________________________________________</w:t>
      </w:r>
    </w:p>
    <w:p/>
    <w:p/>
    <w:p>
      <w:r>
        <w:rPr>
          <w:b/>
          <w:sz w:val="20"/>
        </w:rPr>
        <w:t>Objet : Candidature spontanée / candidature au poste de ___________________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Suite à une période consacrée à l’éducation de mes enfants en tant que mère au foyer, je souhaite aujourd’hui réintégrer le marché du travail et mettre à profit mes compétences, mon sérieux et ma motivation au sein de votre entreprise.</w:t>
      </w:r>
    </w:p>
    <w:p/>
    <w:p>
      <w:r>
        <w:rPr>
          <w:b w:val="0"/>
          <w:sz w:val="20"/>
        </w:rPr>
        <w:t>Durant cette période, j’ai développé des qualités essentielles telles que l’organisation, la gestion du temps, la patience et la polyvalence. Ces aptitudes, alliées à mon expérience professionnelle antérieure et à ma formation, me permettront de m’adapter rapidement à un nouvel environnement de travail et d’être opérationnelle rapidement.</w:t>
      </w:r>
    </w:p>
    <w:p/>
    <w:p>
      <w:r>
        <w:rPr>
          <w:b w:val="0"/>
          <w:sz w:val="20"/>
        </w:rPr>
        <w:t>Je suis particulièrement intéressée par le poste de ___________________________, car il correspond à mes compétences et à mes aspirations professionnelles. Je suis convaincue que mon engagement, mon sens des responsabilités et ma capacité à travailler en équipe seront des atouts pour votre société.</w:t>
      </w:r>
    </w:p>
    <w:p/>
    <w:p>
      <w:r>
        <w:rPr>
          <w:b w:val="0"/>
          <w:sz w:val="20"/>
        </w:rPr>
        <w:t>Disponible immédiatement, je suis prête à m’investir pleinement dans les missions que vous voudrez bien me confier. Je souhaite ainsi contribuer activement à la réussite de votre entreprise et évoluer professionnellement.</w:t>
      </w:r>
    </w:p>
    <w:p/>
    <w:p>
      <w:r>
        <w:rPr>
          <w:b w:val="0"/>
          <w:sz w:val="20"/>
        </w:rPr>
        <w:t>Je vous remercie de l’attention portée à ma candidature et me tiens à votre disposition pour un entretien afin de vous exposer plus en détail mes motivations et mes compétences.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https://juridique-administration.com/modele-lettre-de-motivation-apres-avoir-ete-mere-au-foyer/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-motivation-apres-avoir-ete-mere-au-foyer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