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Prolongation de Visa Schengen</w:t>
      </w:r>
    </w:p>
    <w:p/>
    <w:p/>
    <w:p>
      <w:r>
        <w:rPr>
          <w:b/>
          <w:sz w:val="20"/>
        </w:rPr>
        <w:t>À l'attention du Service des Visas</w:t>
      </w:r>
    </w:p>
    <w:p>
      <w:r>
        <w:rPr>
          <w:b w:val="0"/>
          <w:sz w:val="20"/>
        </w:rPr>
        <w:t>Ambassade / Consulat de ___________________________</w:t>
      </w:r>
    </w:p>
    <w:p>
      <w:r>
        <w:rPr>
          <w:b w:val="0"/>
          <w:sz w:val="20"/>
        </w:rPr>
        <w:t>Lieu : ____________________________________________</w:t>
      </w:r>
    </w:p>
    <w:p/>
    <w:p>
      <w:r>
        <w:rPr>
          <w:b/>
          <w:sz w:val="20"/>
        </w:rPr>
        <w:t>Objet : Demande de prolongation de visa Schengen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me permets de solliciter une prolongation de mon visa Schengen, initialement délivré pour une durée de _____ jours, afin de pouvoir rester sur le territoire Schengen au-delà de la date d'expiration prévue.</w:t>
      </w:r>
    </w:p>
    <w:p/>
    <w:p>
      <w:r>
        <w:rPr>
          <w:b w:val="0"/>
          <w:sz w:val="20"/>
        </w:rPr>
        <w:t>Je suis actuellement titulaire du visa numéro ____________________, délivré le ____________ par votre service, et valable jusqu'au ____________.</w:t>
      </w:r>
    </w:p>
    <w:p/>
    <w:p>
      <w:r>
        <w:rPr>
          <w:b/>
          <w:sz w:val="20"/>
        </w:rPr>
        <w:t>Cette demande est motivée par les raisons suivantes :</w:t>
      </w:r>
    </w:p>
    <w:p/>
    <w:p>
      <w:r>
        <w:rPr>
          <w:b w:val="0"/>
          <w:sz w:val="20"/>
        </w:rPr>
        <w:t>• Raisons médicales nécessitant un séjour prolongé pour traitement ou convalescence.</w:t>
      </w:r>
    </w:p>
    <w:p>
      <w:r>
        <w:rPr>
          <w:b w:val="0"/>
          <w:sz w:val="20"/>
        </w:rPr>
        <w:t>• Imprévus professionnels ou académiques justifiant un prolongement du séjour.</w:t>
      </w:r>
    </w:p>
    <w:p>
      <w:r>
        <w:rPr>
          <w:b w:val="0"/>
          <w:sz w:val="20"/>
        </w:rPr>
        <w:t>• Circonstances familiales exceptionnelles requérant une présence prolongée.</w:t>
      </w:r>
    </w:p>
    <w:p>
      <w:r>
        <w:rPr>
          <w:b w:val="0"/>
          <w:sz w:val="20"/>
        </w:rPr>
        <w:t>• Autres raisons sérieuses et justifiées (veuillez préciser ci-dessous).</w:t>
      </w:r>
    </w:p>
    <w:p/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/>
    <w:p>
      <w:r>
        <w:rPr>
          <w:b/>
          <w:sz w:val="20"/>
        </w:rPr>
        <w:t>Je joins à cette lettre tous les documents nécessaires à l’appui de ma demande, notamment :</w:t>
      </w:r>
    </w:p>
    <w:p/>
    <w:p>
      <w:r>
        <w:rPr>
          <w:b w:val="0"/>
          <w:sz w:val="20"/>
        </w:rPr>
        <w:t>• Photocopie de mon passeport avec le visa actuel.</w:t>
      </w:r>
    </w:p>
    <w:p>
      <w:r>
        <w:rPr>
          <w:b w:val="0"/>
          <w:sz w:val="20"/>
        </w:rPr>
        <w:t>• Attestations médicales ou justificatifs pertinents selon le motif évoqué.</w:t>
      </w:r>
    </w:p>
    <w:p>
      <w:r>
        <w:rPr>
          <w:b w:val="0"/>
          <w:sz w:val="20"/>
        </w:rPr>
        <w:t>• Justificatifs de ressources financières suffisantes pour la durée prolongée.</w:t>
      </w:r>
    </w:p>
    <w:p>
      <w:r>
        <w:rPr>
          <w:b w:val="0"/>
          <w:sz w:val="20"/>
        </w:rPr>
        <w:t>• Attestation d’hébergement ou réservation d’hôtel actualisée.</w:t>
      </w:r>
    </w:p>
    <w:p>
      <w:r>
        <w:rPr>
          <w:b w:val="0"/>
          <w:sz w:val="20"/>
        </w:rPr>
        <w:t>• Tout autre document pouvant appuyer la demande.</w:t>
      </w:r>
    </w:p>
    <w:p/>
    <w:p>
      <w:r>
        <w:rPr>
          <w:b w:val="0"/>
          <w:sz w:val="20"/>
        </w:rPr>
        <w:t>Je m’engage à respecter les conditions liées à la prolongation de visa et à quitter le territoire Schengen à l’issue de la période supplémentaire accordée.</w:t>
      </w:r>
    </w:p>
    <w:p/>
    <w:p>
      <w:r>
        <w:rPr>
          <w:b w:val="0"/>
          <w:sz w:val="20"/>
        </w:rPr>
        <w:t>Je reste à votre disposition pour toute information complémentaire ou convocation que vous jugerez nécessaire.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/>
          <w:sz w:val="20"/>
        </w:rPr>
        <w:t>Nom et prénom : __________________________________________</w:t>
      </w:r>
    </w:p>
    <w:p>
      <w:r>
        <w:rPr>
          <w:b/>
          <w:sz w:val="20"/>
        </w:rPr>
        <w:t>Date et lieu de naissance : __________________________________</w:t>
      </w:r>
    </w:p>
    <w:p>
      <w:r>
        <w:rPr>
          <w:b/>
          <w:sz w:val="20"/>
        </w:rPr>
        <w:t>Nationalité : _______________________________________________</w:t>
      </w:r>
    </w:p>
    <w:p>
      <w:r>
        <w:rPr>
          <w:b/>
          <w:sz w:val="20"/>
        </w:rPr>
        <w:t>Adresse en France : _________________________________________</w:t>
      </w:r>
    </w:p>
    <w:p>
      <w:r>
        <w:rPr>
          <w:b/>
          <w:sz w:val="20"/>
        </w:rPr>
        <w:t>Téléphone : ________________________________________________</w:t>
      </w:r>
    </w:p>
    <w:p>
      <w:r>
        <w:rPr>
          <w:b/>
          <w:sz w:val="20"/>
        </w:rPr>
        <w:t>Adresse e-mail : ___________________________________________</w:t>
      </w:r>
    </w:p>
    <w:p/>
    <w:p/>
    <w:p/>
    <w:p>
      <w:r>
        <w:rPr>
          <w:b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à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https://juridique-administration.com/modele-lettre-de-demande-de-prolongation-de-visa-schengen/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de-demande-de-prolongation-de-visa-schenge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