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MANUSCRITE AU CONSUL POUR CCR</w:t>
      </w:r>
    </w:p>
    <w:p/>
    <w:p/>
    <w:p>
      <w:r>
        <w:rPr>
          <w:b/>
          <w:sz w:val="20"/>
        </w:rPr>
        <w:t>Je soussigné(e) :</w:t>
      </w:r>
    </w:p>
    <w:p>
      <w:r>
        <w:rPr>
          <w:b w:val="0"/>
          <w:sz w:val="20"/>
        </w:rPr>
        <w:t>Nom et prénom : ____________________________________________________</w:t>
      </w:r>
    </w:p>
    <w:p>
      <w:r>
        <w:rPr>
          <w:b w:val="0"/>
          <w:sz w:val="20"/>
        </w:rPr>
        <w:t>Date et lieu de naissance : _________________________________________</w:t>
      </w:r>
    </w:p>
    <w:p>
      <w:r>
        <w:rPr>
          <w:b w:val="0"/>
          <w:sz w:val="20"/>
        </w:rPr>
        <w:t>Nationalité : _______________________________________________________</w:t>
      </w:r>
    </w:p>
    <w:p>
      <w:r>
        <w:rPr>
          <w:b w:val="0"/>
          <w:sz w:val="20"/>
        </w:rPr>
        <w:t>Adresse complète en France : 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>
      <w:r>
        <w:rPr>
          <w:b w:val="0"/>
          <w:sz w:val="20"/>
        </w:rPr>
        <w:t>Adresse email : _____________________________________________________</w:t>
      </w:r>
    </w:p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Par la présente, je sollicite respectueusement l’intervention de Monsieur/Madame le Consul afin d’obtenir une attestation de reconnaissance de conception réalisée (CCR),</w:t>
      </w:r>
    </w:p>
    <w:p>
      <w:r>
        <w:rPr>
          <w:b w:val="0"/>
          <w:sz w:val="20"/>
        </w:rPr>
        <w:t>conforme aux réglementations en vigueur, nécessaire pour la poursuite de mes démarches administratives.</w:t>
      </w:r>
    </w:p>
    <w:p/>
    <w:p>
      <w:r>
        <w:rPr>
          <w:b/>
          <w:sz w:val="20"/>
        </w:rPr>
        <w:t xml:space="preserve">Description détaillée du projet : 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Engagements du demandeur :</w:t>
      </w:r>
    </w:p>
    <w:p>
      <w:r>
        <w:rPr>
          <w:b w:val="0"/>
          <w:sz w:val="20"/>
        </w:rPr>
        <w:t>Je m’engage à fournir tous les documents nécessaires à l’instruction de ma demande et à respecter les conditions légales et réglementaires relatives à cette procédure.</w:t>
      </w:r>
    </w:p>
    <w:p>
      <w:r>
        <w:rPr>
          <w:b w:val="0"/>
          <w:sz w:val="20"/>
        </w:rPr>
        <w:t>Je certifie que les informations fournies sont exactes et complètes.</w:t>
      </w:r>
    </w:p>
    <w:p/>
    <w:p>
      <w:r>
        <w:rPr>
          <w:b/>
          <w:sz w:val="20"/>
        </w:rPr>
        <w:t>Pièces jointes à la présente demande :</w:t>
      </w:r>
    </w:p>
    <w:p>
      <w:r>
        <w:rPr>
          <w:b w:val="0"/>
          <w:sz w:val="20"/>
        </w:rPr>
        <w:t>- Copie de la pièce d’identité</w:t>
      </w:r>
    </w:p>
    <w:p>
      <w:r>
        <w:rPr>
          <w:b w:val="0"/>
          <w:sz w:val="20"/>
        </w:rPr>
        <w:t>- Justificatif de domicile</w:t>
      </w:r>
    </w:p>
    <w:p>
      <w:r>
        <w:rPr>
          <w:b w:val="0"/>
          <w:sz w:val="20"/>
        </w:rPr>
        <w:t>- Documents relatifs au projet CCR</w:t>
      </w:r>
    </w:p>
    <w:p>
      <w:r>
        <w:rPr>
          <w:b w:val="0"/>
          <w:sz w:val="20"/>
        </w:rPr>
        <w:t>- Toute autre pièce jugée utile</w:t>
      </w:r>
    </w:p>
    <w:p/>
    <w:p>
      <w:r>
        <w:rPr>
          <w:b w:val="0"/>
          <w:sz w:val="20"/>
        </w:rPr>
        <w:t>Je vous prie d’agréer, Monsieur/Madame le Consul, l’expression de mes salutations distinguées.</w:t>
      </w:r>
    </w:p>
    <w:p/>
    <w:p/>
    <w:p>
      <w:r>
        <w:rPr>
          <w:b w:val="0"/>
          <w:sz w:val="20"/>
        </w:rPr>
        <w:t>Fait à : ______________________________________________</w:t>
      </w:r>
    </w:p>
    <w:p>
      <w:r>
        <w:rPr>
          <w:b w:val="0"/>
          <w:sz w:val="20"/>
        </w:rPr>
        <w:t>Le : _________________________________________________</w:t>
      </w:r>
    </w:p>
    <w:p/>
    <w:p/>
    <w:p>
      <w:r>
        <w:rPr>
          <w:b w:val="0"/>
          <w:sz w:val="20"/>
        </w:rPr>
        <w:t>Signature 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Nom et prénom du 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0"/>
              </w:rPr>
              <w:t>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https://juridique-administration.com/modele-demande-manuscrite-au-consul-pour-ccr/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mande-manuscrite-au-consul-pour-ccr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