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VISA DE CIRCULATION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 le Préfet de la région Île-de-France, Préfet de Police</w:t>
      </w:r>
    </w:p>
    <w:p>
      <w:r>
        <w:rPr>
          <w:b w:val="0"/>
          <w:sz w:val="20"/>
        </w:rPr>
        <w:t>Service des cartes grises et visas de circulation</w:t>
      </w:r>
    </w:p>
    <w:p>
      <w:r>
        <w:rPr>
          <w:b w:val="0"/>
          <w:sz w:val="20"/>
        </w:rPr>
        <w:t>Adresse : _________________________________</w:t>
      </w:r>
    </w:p>
    <w:p/>
    <w:p/>
    <w:p>
      <w:r>
        <w:rPr>
          <w:b/>
          <w:sz w:val="20"/>
        </w:rPr>
        <w:t>Objet : Demande de visa de circulation pour véhicule immatriculé hors France, conformément à l’article R233-1 du Code de la route.</w:t>
      </w:r>
    </w:p>
    <w:p/>
    <w:p/>
    <w:p>
      <w:r>
        <w:rPr>
          <w:b/>
          <w:sz w:val="20"/>
        </w:rPr>
        <w:t>Données du Demandeur :</w:t>
      </w:r>
    </w:p>
    <w:p>
      <w:r>
        <w:rPr>
          <w:b w:val="0"/>
          <w:sz w:val="20"/>
        </w:rPr>
        <w:t>Nom et prénom : _________________________________________________________</w:t>
      </w:r>
    </w:p>
    <w:p>
      <w:r>
        <w:rPr>
          <w:b w:val="0"/>
          <w:sz w:val="20"/>
        </w:rPr>
        <w:t>Adresse complète : 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</w:t>
      </w:r>
    </w:p>
    <w:p/>
    <w:p>
      <w:r>
        <w:rPr>
          <w:b/>
          <w:sz w:val="20"/>
        </w:rPr>
        <w:t>Données du Véhicule :</w:t>
      </w:r>
    </w:p>
    <w:p>
      <w:r>
        <w:rPr>
          <w:b w:val="0"/>
          <w:sz w:val="20"/>
        </w:rPr>
        <w:t>Marque : ________________________________________________________________</w:t>
      </w:r>
    </w:p>
    <w:p>
      <w:r>
        <w:rPr>
          <w:b w:val="0"/>
          <w:sz w:val="20"/>
        </w:rPr>
        <w:t>Modèle : ________________________________________________________________</w:t>
      </w:r>
    </w:p>
    <w:p>
      <w:r>
        <w:rPr>
          <w:b w:val="0"/>
          <w:sz w:val="20"/>
        </w:rPr>
        <w:t>Type : _________________________________________________________________</w:t>
      </w:r>
    </w:p>
    <w:p>
      <w:r>
        <w:rPr>
          <w:b w:val="0"/>
          <w:sz w:val="20"/>
        </w:rPr>
        <w:t>Numéro d’immatriculation étranger : _______________________________________</w:t>
      </w:r>
    </w:p>
    <w:p>
      <w:r>
        <w:rPr>
          <w:b w:val="0"/>
          <w:sz w:val="20"/>
        </w:rPr>
        <w:t>Numéro de série (VIN) : __________________________________________________</w:t>
      </w:r>
    </w:p>
    <w:p>
      <w:r>
        <w:rPr>
          <w:b w:val="0"/>
          <w:sz w:val="20"/>
        </w:rPr>
        <w:t>Date de première mise en circulation : ____________________________________</w:t>
      </w:r>
    </w:p>
    <w:p>
      <w:r>
        <w:rPr>
          <w:b w:val="0"/>
          <w:sz w:val="20"/>
        </w:rPr>
        <w:t>Catégorie du véhicule : ___________________________________________________</w:t>
      </w:r>
    </w:p>
    <w:p/>
    <w:p>
      <w:r>
        <w:rPr>
          <w:b/>
          <w:sz w:val="20"/>
        </w:rPr>
        <w:t>Motif de la demande :</w:t>
      </w:r>
    </w:p>
    <w:p>
      <w:r>
        <w:rPr>
          <w:b w:val="0"/>
          <w:sz w:val="20"/>
        </w:rPr>
        <w:t>☐ Circulation temporaire en France (durée maximale conforme à la réglementation en vigueur)</w:t>
      </w:r>
    </w:p>
    <w:p>
      <w:r>
        <w:rPr>
          <w:b w:val="0"/>
          <w:sz w:val="20"/>
        </w:rPr>
        <w:t>☐ Transfert de résidence en France</w:t>
      </w:r>
    </w:p>
    <w:p>
      <w:r>
        <w:rPr>
          <w:b w:val="0"/>
          <w:sz w:val="20"/>
        </w:rPr>
        <w:t>☐ Achat récent à l’étranger</w:t>
      </w:r>
    </w:p>
    <w:p>
      <w:r>
        <w:rPr>
          <w:b w:val="0"/>
          <w:sz w:val="20"/>
        </w:rPr>
        <w:t>☐ Autre (préciser) : _____________________________________________________</w:t>
      </w:r>
    </w:p>
    <w:p/>
    <w:p>
      <w:r>
        <w:rPr>
          <w:b/>
          <w:sz w:val="20"/>
        </w:rPr>
        <w:t>Déclaration sur l’honneur :</w:t>
      </w:r>
    </w:p>
    <w:p>
      <w:r>
        <w:rPr>
          <w:b w:val="0"/>
          <w:sz w:val="20"/>
        </w:rPr>
        <w:t>Je soussigné(e), déclare que les informations fournies sont exactes et conformes à la réglementation en vigueur. Je m’engage à respecter les conditions d’utilisation du visa de circulation demandé et à ne pas utiliser le véhicule à des fins non autorisées.</w:t>
      </w:r>
    </w:p>
    <w:p/>
    <w:p>
      <w:r>
        <w:rPr>
          <w:b/>
          <w:sz w:val="20"/>
        </w:rPr>
        <w:t>Documents joints à la demande :</w:t>
      </w:r>
    </w:p>
    <w:p>
      <w:r>
        <w:rPr>
          <w:b w:val="0"/>
          <w:sz w:val="20"/>
        </w:rPr>
        <w:t>☐ Copie de la carte grise étrangère du véhicule</w:t>
      </w:r>
    </w:p>
    <w:p>
      <w:r>
        <w:rPr>
          <w:b w:val="0"/>
          <w:sz w:val="20"/>
        </w:rPr>
        <w:t>☐ Justificatif de domicile en France de moins de 6 mois</w:t>
      </w:r>
    </w:p>
    <w:p>
      <w:r>
        <w:rPr>
          <w:b w:val="0"/>
          <w:sz w:val="20"/>
        </w:rPr>
        <w:t>☐ Pièce d’identité en cours de validité</w:t>
      </w:r>
    </w:p>
    <w:p>
      <w:r>
        <w:rPr>
          <w:b w:val="0"/>
          <w:sz w:val="20"/>
        </w:rPr>
        <w:t>☐ Certificat d’assurance couvrant la circulation en France</w:t>
      </w:r>
    </w:p>
    <w:p>
      <w:r>
        <w:rPr>
          <w:b w:val="0"/>
          <w:sz w:val="20"/>
        </w:rPr>
        <w:t>☐ Facture d’achat ou acte de cession du véhicule</w:t>
      </w:r>
    </w:p>
    <w:p>
      <w:r>
        <w:rPr>
          <w:b w:val="0"/>
          <w:sz w:val="20"/>
        </w:rPr>
        <w:t>☐ Preuve du motif de la demande (ex : justificatif de transfert de résidence)</w:t>
      </w:r>
    </w:p>
    <w:p>
      <w:r>
        <w:rPr>
          <w:b w:val="0"/>
          <w:sz w:val="20"/>
        </w:rPr>
        <w:t>☐ Autres pièces : ________________________________________________________</w:t>
      </w:r>
    </w:p>
    <w:p/>
    <w:p/>
    <w:p>
      <w:r>
        <w:rPr>
          <w:b/>
          <w:sz w:val="20"/>
        </w:rPr>
        <w:t>Engagement et signature :</w:t>
      </w:r>
    </w:p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____________________________________________________________________</w:t>
      </w:r>
    </w:p>
    <w:p>
      <w:r>
        <w:rPr>
          <w:b w:val="0"/>
          <w:sz w:val="20"/>
        </w:rPr>
        <w:t>Signature : 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service préfectoral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Visa et cachet officiels : _____________</w:t>
            </w:r>
          </w:p>
        </w:tc>
      </w:tr>
    </w:tbl>
    <w:p/>
    <w:p/>
    <w:p>
      <w:r>
        <w:rPr>
          <w:b/>
          <w:sz w:val="20"/>
        </w:rPr>
        <w:t>Information importante :</w:t>
      </w:r>
    </w:p>
    <w:p>
      <w:r>
        <w:rPr>
          <w:b w:val="0"/>
          <w:sz w:val="20"/>
        </w:rPr>
        <w:t>Conformément à l’article R233-1 du Code de la route et à la réglementation en vigueur, le visa de circulation permet la circulation temporaire sur le territoire français des véhicules immatriculés à l’étranger. Toute utilisation non conforme aux conditions de délivrance peut entraîner des sanctions administratives et pénales.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https://juridique-administration.com/modele-demande-de-visa-de-circulation-france/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mande-de-visa-de-circulation-franc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