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DEMANDE D’ADMISSION À CONCOURIR FONCTION PUBLIQUE HOSPITALIÈRE</w:t>
      </w:r>
    </w:p>
    <w:p/>
    <w:p/>
    <w:p>
      <w:r>
        <w:rPr>
          <w:b/>
          <w:sz w:val="20"/>
        </w:rPr>
        <w:t>À l’attention de :</w:t>
      </w:r>
    </w:p>
    <w:p>
      <w:r>
        <w:rPr>
          <w:b w:val="0"/>
          <w:sz w:val="20"/>
        </w:rPr>
        <w:t>Monsieur ou Madame le Directeur / la Directrice de l’établissement hospitalier</w:t>
      </w:r>
    </w:p>
    <w:p>
      <w:r>
        <w:rPr>
          <w:b w:val="0"/>
          <w:sz w:val="20"/>
        </w:rPr>
        <w:t>Adresse de l’établissement</w:t>
      </w:r>
    </w:p>
    <w:p/>
    <w:p/>
    <w:p>
      <w:r>
        <w:rPr>
          <w:b/>
          <w:sz w:val="20"/>
        </w:rPr>
        <w:t>Objet : Demande d’admission à concourir pour un emploi dans la fonction publique hospitalière</w:t>
      </w:r>
    </w:p>
    <w:p/>
    <w:p>
      <w:r>
        <w:rPr>
          <w:b w:val="0"/>
          <w:sz w:val="20"/>
        </w:rPr>
        <w:t>Madame, Monsieur,</w:t>
      </w:r>
    </w:p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: ______________________________________________________________</w:t>
      </w:r>
    </w:p>
    <w:p>
      <w:r>
        <w:rPr>
          <w:b w:val="0"/>
          <w:sz w:val="20"/>
        </w:rPr>
        <w:t>Prénom(s) : _________________________________________________________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</w:t>
      </w:r>
    </w:p>
    <w:p>
      <w:r>
        <w:rPr>
          <w:b w:val="0"/>
          <w:sz w:val="20"/>
        </w:rPr>
        <w:t>Adresse personnelle : ________________________________________________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>
      <w:r>
        <w:rPr>
          <w:b w:val="0"/>
          <w:sz w:val="20"/>
        </w:rPr>
        <w:t>Adresse électronique : _______________________________________________</w:t>
      </w:r>
    </w:p>
    <w:p/>
    <w:p>
      <w:r>
        <w:rPr>
          <w:b/>
          <w:sz w:val="20"/>
        </w:rPr>
        <w:t>Par la présente, je sollicite mon admission à concourir pour le poste de :</w:t>
      </w:r>
    </w:p>
    <w:p>
      <w:r>
        <w:rPr>
          <w:b w:val="0"/>
          <w:sz w:val="20"/>
        </w:rPr>
        <w:t>Fonction : ___________________________________________________________</w:t>
      </w:r>
    </w:p>
    <w:p>
      <w:r>
        <w:rPr>
          <w:b w:val="0"/>
          <w:sz w:val="20"/>
        </w:rPr>
        <w:t>Service ou département : _____________________________________________</w:t>
      </w:r>
    </w:p>
    <w:p/>
    <w:p>
      <w:r>
        <w:rPr>
          <w:b w:val="0"/>
          <w:sz w:val="20"/>
        </w:rPr>
        <w:t>Je certifie remplir les conditions d’éligibilité suivantes, conformément à la réglementation en vigueur dans la fonction publique hospitalière :</w:t>
      </w:r>
    </w:p>
    <w:p>
      <w:r>
        <w:rPr>
          <w:b w:val="0"/>
          <w:sz w:val="20"/>
        </w:rPr>
        <w:t>• Être de nationalité française ou ressortissant d’un État membre de l’Union européenne.</w:t>
      </w:r>
    </w:p>
    <w:p>
      <w:r>
        <w:rPr>
          <w:b w:val="0"/>
          <w:sz w:val="20"/>
        </w:rPr>
        <w:t>• Jouir de mes droits civiques.</w:t>
      </w:r>
    </w:p>
    <w:p>
      <w:r>
        <w:rPr>
          <w:b w:val="0"/>
          <w:sz w:val="20"/>
        </w:rPr>
        <w:t>• Ne pas avoir fait l’objet d’une sanction incompatible avec l’accès à la fonction publique.</w:t>
      </w:r>
    </w:p>
    <w:p>
      <w:r>
        <w:rPr>
          <w:b w:val="0"/>
          <w:sz w:val="20"/>
        </w:rPr>
        <w:t>• Remplir les conditions d’aptitude physique requises pour l’exercice des fonctions.</w:t>
      </w:r>
    </w:p>
    <w:p/>
    <w:p>
      <w:r>
        <w:rPr>
          <w:b/>
          <w:sz w:val="20"/>
        </w:rPr>
        <w:t>Formation et diplômes :</w:t>
      </w:r>
    </w:p>
    <w:p>
      <w:r>
        <w:rPr>
          <w:b w:val="0"/>
          <w:sz w:val="20"/>
        </w:rPr>
        <w:t>• Diplôme principal : _________________________________________________</w:t>
      </w:r>
    </w:p>
    <w:p>
      <w:r>
        <w:rPr>
          <w:b w:val="0"/>
          <w:sz w:val="20"/>
        </w:rPr>
        <w:t>• Autres diplômes ou certifications : _________________________________</w:t>
      </w:r>
    </w:p>
    <w:p/>
    <w:p>
      <w:r>
        <w:rPr>
          <w:b/>
          <w:sz w:val="20"/>
        </w:rPr>
        <w:t>Expériences professionnelles :</w:t>
      </w:r>
    </w:p>
    <w:p>
      <w:r>
        <w:rPr>
          <w:b w:val="0"/>
          <w:sz w:val="20"/>
        </w:rPr>
        <w:t>• Poste, employeur, dates : ___________________________________________</w:t>
      </w:r>
    </w:p>
    <w:p>
      <w:r>
        <w:rPr>
          <w:b w:val="0"/>
          <w:sz w:val="20"/>
        </w:rPr>
        <w:t>• Poste, employeur, dates : ___________________________________________</w:t>
      </w:r>
    </w:p>
    <w:p/>
    <w:p>
      <w:r>
        <w:rPr>
          <w:b w:val="0"/>
          <w:sz w:val="20"/>
        </w:rPr>
        <w:t>Je m’engage à respecter les règles déontologiques et le statut de la fonction publique hospitalière, ainsi qu’à accomplir toutes les démarches administratives nécessaires à l’inscription et à la participation au concours.</w:t>
      </w:r>
    </w:p>
    <w:p/>
    <w:p>
      <w:r>
        <w:rPr>
          <w:b w:val="0"/>
          <w:sz w:val="20"/>
        </w:rPr>
        <w:t>Vous trouverez ci-joint les pièces suivantes :</w:t>
      </w:r>
    </w:p>
    <w:p>
      <w:r>
        <w:rPr>
          <w:b w:val="0"/>
          <w:sz w:val="20"/>
        </w:rPr>
        <w:t>• Curriculum vitae détaillé</w:t>
      </w:r>
    </w:p>
    <w:p>
      <w:r>
        <w:rPr>
          <w:b w:val="0"/>
          <w:sz w:val="20"/>
        </w:rPr>
        <w:t>• Photocopie du ou des diplômes</w:t>
      </w:r>
    </w:p>
    <w:p>
      <w:r>
        <w:rPr>
          <w:b w:val="0"/>
          <w:sz w:val="20"/>
        </w:rPr>
        <w:t>• Justificatif de nationalité</w:t>
      </w:r>
    </w:p>
    <w:p>
      <w:r>
        <w:rPr>
          <w:b w:val="0"/>
          <w:sz w:val="20"/>
        </w:rPr>
        <w:t>• Attestations d’expérience professionnelle</w:t>
      </w:r>
    </w:p>
    <w:p>
      <w:r>
        <w:rPr>
          <w:b w:val="0"/>
          <w:sz w:val="20"/>
        </w:rPr>
        <w:t>• Copie de la pièce d’identité</w:t>
      </w:r>
    </w:p>
    <w:p>
      <w:r>
        <w:rPr>
          <w:b w:val="0"/>
          <w:sz w:val="20"/>
        </w:rPr>
        <w:t>• Autres pièces justificatives : _______________________________________</w:t>
      </w:r>
    </w:p>
    <w:p/>
    <w:p/>
    <w:p>
      <w:r>
        <w:rPr>
          <w:b w:val="0"/>
          <w:sz w:val="20"/>
        </w:rPr>
        <w:t>Je vous prie de bien vouloir prendre en considération ma demande et de m’informer des suites qui y seront données.</w:t>
      </w:r>
    </w:p>
    <w:p/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p/>
    <w:p/>
    <w:p>
      <w:r>
        <w:rPr>
          <w:b w:val="0"/>
          <w:sz w:val="20"/>
        </w:rPr>
        <w:t>Fait à : __________________________________________</w:t>
      </w:r>
    </w:p>
    <w:p>
      <w:r>
        <w:rPr>
          <w:b w:val="0"/>
          <w:sz w:val="20"/>
        </w:rPr>
        <w:t>Le 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Annexes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Observations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- Curriculum vitae</w:t>
              <w:br/>
              <w:t>- Diplômes</w:t>
              <w:br/>
              <w:t>- Pièces d’identité</w:t>
              <w:br/>
              <w:t>- Autres pièces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______________________________________________________________</w:t>
              <w:br/>
              <w:br/>
              <w:t>______________________________________________________________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https://juridique-administration.com/modele-demande-d'admission-a-concourir-fonction-publique-hospitaliere/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mande-d'admission-a-concourir-fonction-publique-hospitalier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