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POUR UNE DEMANDE DE RÉPARATION</w:t>
      </w:r>
    </w:p>
    <w:p/>
    <w:p/>
    <w:p>
      <w:r>
        <w:rPr>
          <w:b w:val="0"/>
          <w:sz w:val="20"/>
        </w:rPr>
        <w:t>Nom et Prénom : _________________________________________________</w:t>
      </w:r>
    </w:p>
    <w:p>
      <w:r>
        <w:rPr>
          <w:b w:val="0"/>
          <w:sz w:val="20"/>
        </w:rPr>
        <w:t>Adresse : _______________________________________________________</w:t>
      </w:r>
    </w:p>
    <w:p>
      <w:r>
        <w:rPr>
          <w:b w:val="0"/>
          <w:sz w:val="20"/>
        </w:rPr>
        <w:t>Code postal : ______________ Ville : ____________________________</w:t>
      </w:r>
    </w:p>
    <w:p>
      <w:r>
        <w:rPr>
          <w:b w:val="0"/>
          <w:sz w:val="20"/>
        </w:rPr>
        <w:t>Téléphone : _____________________________________________________</w:t>
      </w:r>
    </w:p>
    <w:p>
      <w:r>
        <w:rPr>
          <w:b w:val="0"/>
          <w:sz w:val="20"/>
        </w:rPr>
        <w:t>Adresse e-mail : ________________________________________________</w:t>
      </w:r>
    </w:p>
    <w:p/>
    <w:p/>
    <w:p>
      <w:r>
        <w:rPr>
          <w:b w:val="0"/>
          <w:sz w:val="20"/>
        </w:rPr>
        <w:t>Nom de l’entreprise ou du professionnel : _________________________</w:t>
      </w:r>
    </w:p>
    <w:p>
      <w:r>
        <w:rPr>
          <w:b w:val="0"/>
          <w:sz w:val="20"/>
        </w:rPr>
        <w:t>Service/Référence (si connu) : _____________________________________</w:t>
      </w:r>
    </w:p>
    <w:p>
      <w:r>
        <w:rPr>
          <w:b w:val="0"/>
          <w:sz w:val="20"/>
        </w:rPr>
        <w:t>Adresse : _______________________________________________________</w:t>
      </w:r>
    </w:p>
    <w:p>
      <w:r>
        <w:rPr>
          <w:b w:val="0"/>
          <w:sz w:val="20"/>
        </w:rPr>
        <w:t>Code postal : ______________ Ville : ____________________________</w:t>
      </w:r>
    </w:p>
    <w:p/>
    <w:p/>
    <w:p>
      <w:r>
        <w:rPr>
          <w:b/>
          <w:sz w:val="20"/>
        </w:rPr>
        <w:t>Objet : Demande de réparation</w:t>
      </w:r>
    </w:p>
    <w:p/>
    <w:p>
      <w:r>
        <w:rPr>
          <w:b w:val="0"/>
          <w:sz w:val="20"/>
        </w:rPr>
        <w:t>Madame, Monsieur,</w:t>
      </w:r>
    </w:p>
    <w:p/>
    <w:p>
      <w:r>
        <w:rPr>
          <w:b w:val="0"/>
          <w:sz w:val="20"/>
        </w:rPr>
        <w:t>Par la présente, je me permets de vous contacter concernant un problème rencontré avec le bien/le service suivant :</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val="0"/>
          <w:sz w:val="20"/>
        </w:rPr>
        <w:t>Ce bien/service a été acheté/presté en date du : ____________________.</w:t>
      </w:r>
    </w:p>
    <w:p>
      <w:r>
        <w:rPr>
          <w:b w:val="0"/>
          <w:sz w:val="20"/>
        </w:rPr>
        <w:t>Malheureusement, il présente depuis peu le ou les défaut(s) suivant(s) :</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val="0"/>
          <w:sz w:val="20"/>
        </w:rPr>
        <w:t>Conformément aux dispositions légales relatives à la garantie légale de conformité ainsi qu'à la garantie contre les vices cachés prévues par le Code de la consommation et le Code civil, je sollicite la prise en charge de la réparation de ce bien/service dans les plus brefs délais.</w:t>
      </w:r>
    </w:p>
    <w:p/>
    <w:p>
      <w:r>
        <w:rPr>
          <w:b w:val="0"/>
          <w:sz w:val="20"/>
        </w:rPr>
        <w:t>Je vous remercie par avance de l’attention portée à ma demande et vous prie de bien vouloir me tenir informé(e) des suites qui y seront données, ainsi que des modalités pratiques à suivre pour procéder à cette réparation.</w:t>
      </w:r>
    </w:p>
    <w:p/>
    <w:p>
      <w:r>
        <w:rPr>
          <w:b w:val="0"/>
          <w:sz w:val="20"/>
        </w:rPr>
        <w:t>Dans cette attente, veuillez agréer, Madame, Monsieur, l’expression de mes salutations distinguées.</w:t>
      </w:r>
    </w:p>
    <w:p/>
    <w:p/>
    <w:p/>
    <w:p>
      <w:pPr>
        <w:jc w:val="center"/>
      </w:pPr>
      <w:r>
        <w:rPr>
          <w:b w:val="0"/>
          <w:sz w:val="20"/>
        </w:rPr>
        <w:t>Signature : ___________________________________</w:t>
      </w:r>
    </w:p>
    <w:p/>
    <w:p/>
    <w:p>
      <w:r>
        <w:rPr>
          <w:b/>
          <w:sz w:val="20"/>
        </w:rPr>
        <w:t>Pièces jointes :</w:t>
      </w:r>
    </w:p>
    <w:p>
      <w:r>
        <w:rPr>
          <w:b w:val="0"/>
          <w:sz w:val="20"/>
        </w:rPr>
        <w:t>- Copie de la facture d'achat</w:t>
      </w:r>
    </w:p>
    <w:p>
      <w:r>
        <w:rPr>
          <w:b w:val="0"/>
          <w:sz w:val="20"/>
        </w:rPr>
        <w:t>- Photos du défaut</w:t>
      </w:r>
    </w:p>
    <w:p>
      <w:r>
        <w:rPr>
          <w:b w:val="0"/>
          <w:sz w:val="20"/>
        </w:rPr>
        <w:t>- Tout autre document utile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Référence client :</w:t>
            </w:r>
          </w:p>
        </w:tc>
        <w:tc>
          <w:tcPr>
            <w:tcW w:type="dxa" w:w="4986"/>
            <w:tcBorders>
              <w:top w:val="nil"/>
              <w:left w:val="nil"/>
              <w:bottom w:val="nil"/>
              <w:right w:val="nil"/>
              <w:insideH w:val="nil"/>
              <w:insideV w:val="nil"/>
            </w:tcBorders>
          </w:tcPr>
          <w:p>
            <w:pPr>
              <w:jc w:val="left"/>
            </w:pPr>
            <w:r>
              <w:t>__________________________________</w:t>
            </w:r>
          </w:p>
        </w:tc>
      </w:tr>
      <w:tr>
        <w:tc>
          <w:tcPr>
            <w:tcW w:type="dxa" w:w="4986"/>
            <w:tcBorders>
              <w:top w:val="nil"/>
              <w:left w:val="nil"/>
              <w:bottom w:val="nil"/>
              <w:right w:val="nil"/>
              <w:insideH w:val="nil"/>
              <w:insideV w:val="nil"/>
            </w:tcBorders>
          </w:tcPr>
          <w:p>
            <w:pPr>
              <w:jc w:val="left"/>
            </w:pPr>
            <w:r>
              <w:t>Numéro de commande :</w:t>
            </w:r>
          </w:p>
        </w:tc>
        <w:tc>
          <w:tcPr>
            <w:tcW w:type="dxa" w:w="4986"/>
            <w:tcBorders>
              <w:top w:val="nil"/>
              <w:left w:val="nil"/>
              <w:bottom w:val="nil"/>
              <w:right w:val="nil"/>
              <w:insideH w:val="nil"/>
              <w:insideV w:val="nil"/>
            </w:tcBorders>
          </w:tcPr>
          <w:p>
            <w:pPr>
              <w:jc w:val="left"/>
            </w:pPr>
            <w:r>
              <w:t>__________________________________</w:t>
            </w:r>
          </w:p>
        </w:tc>
      </w:tr>
      <w:tr>
        <w:tc>
          <w:tcPr>
            <w:tcW w:type="dxa" w:w="4986"/>
            <w:tcBorders>
              <w:top w:val="nil"/>
              <w:left w:val="nil"/>
              <w:bottom w:val="nil"/>
              <w:right w:val="nil"/>
              <w:insideH w:val="nil"/>
              <w:insideV w:val="nil"/>
            </w:tcBorders>
          </w:tcPr>
          <w:p>
            <w:pPr>
              <w:jc w:val="left"/>
            </w:pPr>
            <w:r>
              <w:t>Date d'achat :</w:t>
            </w:r>
          </w:p>
        </w:tc>
        <w:tc>
          <w:tcPr>
            <w:tcW w:type="dxa" w:w="4986"/>
            <w:tcBorders>
              <w:top w:val="nil"/>
              <w:left w:val="nil"/>
              <w:bottom w:val="nil"/>
              <w:right w:val="nil"/>
              <w:insideH w:val="nil"/>
              <w:insideV w:val="nil"/>
            </w:tcBorders>
          </w:tcPr>
          <w:p>
            <w:pPr>
              <w:jc w:val="left"/>
            </w:pPr>
            <w:r>
              <w:t>__________________________________</w:t>
            </w:r>
          </w:p>
        </w:tc>
      </w:tr>
      <w:tr>
        <w:tc>
          <w:tcPr>
            <w:tcW w:type="dxa" w:w="4986"/>
            <w:tcBorders>
              <w:top w:val="nil"/>
              <w:left w:val="nil"/>
              <w:bottom w:val="nil"/>
              <w:right w:val="nil"/>
              <w:insideH w:val="nil"/>
              <w:insideV w:val="nil"/>
            </w:tcBorders>
          </w:tcPr>
          <w:p>
            <w:pPr>
              <w:jc w:val="left"/>
            </w:pPr>
            <w:r>
              <w:t>Numéro de téléphone en cas de contact :</w:t>
            </w:r>
          </w:p>
        </w:tc>
        <w:tc>
          <w:tcPr>
            <w:tcW w:type="dxa" w:w="4986"/>
            <w:tcBorders>
              <w:top w:val="nil"/>
              <w:left w:val="nil"/>
              <w:bottom w:val="nil"/>
              <w:right w:val="nil"/>
              <w:insideH w:val="nil"/>
              <w:insideV w:val="nil"/>
            </w:tcBorders>
          </w:tcPr>
          <w:p>
            <w:pPr>
              <w:jc w:val="left"/>
            </w:pPr>
            <w:r>
              <w:t>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https://juridique-administration.com/modele-de-lettre-pour-une-demande-de-reparation/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de-lettre-pour-une-demande-de-reparation/"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