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POUR TÉMOIGNER EN FAVEUR D’UN AMI</w:t>
      </w:r>
    </w:p>
    <w:p/>
    <w:p/>
    <w:p>
      <w:r>
        <w:rPr>
          <w:b w:val="0"/>
          <w:sz w:val="20"/>
        </w:rPr>
        <w:t>Je soussigné(e), ________________________________________________,</w:t>
      </w:r>
    </w:p>
    <w:p>
      <w:r>
        <w:rPr>
          <w:b w:val="0"/>
          <w:sz w:val="20"/>
        </w:rPr>
        <w:t>demeurant à ________________________________________________________,</w:t>
      </w:r>
    </w:p>
    <w:p>
      <w:r>
        <w:rPr>
          <w:b w:val="0"/>
          <w:sz w:val="20"/>
        </w:rPr>
        <w:t>certifie par la présente connaître personnellement Monsieur/Madame ________________,</w:t>
      </w:r>
    </w:p>
    <w:p>
      <w:r>
        <w:rPr>
          <w:b w:val="0"/>
          <w:sz w:val="20"/>
        </w:rPr>
        <w:t>demeurant à ________________________________________________________,</w:t>
      </w:r>
    </w:p>
    <w:p>
      <w:r>
        <w:rPr>
          <w:b w:val="0"/>
          <w:sz w:val="20"/>
        </w:rPr>
        <w:t>et atteste de son intégrité, de sa bonne foi et de son comportement exemplaire dans le cadre des faits suivants :</w:t>
      </w:r>
    </w:p>
    <w:p/>
    <w:p>
      <w:r>
        <w:rPr>
          <w:b/>
          <w:sz w:val="20"/>
        </w:rPr>
        <w:t>Description de la relation avec la personne :</w:t>
      </w:r>
    </w:p>
    <w:p>
      <w:r>
        <w:rPr>
          <w:b w:val="0"/>
          <w:sz w:val="20"/>
        </w:rPr>
        <w:t>Je connais Monsieur/Madame ________________ depuis _______________ ans. Nous avons développé une relation basée sur la confiance et le respect mutuel, notamment à travers _______________________________________________________________.</w:t>
      </w:r>
    </w:p>
    <w:p/>
    <w:p>
      <w:r>
        <w:rPr>
          <w:b/>
          <w:sz w:val="20"/>
        </w:rPr>
        <w:t>Qualités et comportements observés :</w:t>
      </w:r>
    </w:p>
    <w:p>
      <w:r>
        <w:rPr>
          <w:b w:val="0"/>
          <w:sz w:val="20"/>
        </w:rPr>
        <w:t>Au cours de nos échanges et rencontres, j’ai pu constater que Monsieur/Madame ________________ fait preuve de sérieux, d’honnêteté et d’une grande responsabilité. Il/Elle s’est toujours montré(e) disponible et respectueux(se) des lois et des règles en vigueur.</w:t>
      </w:r>
    </w:p>
    <w:p/>
    <w:p>
      <w:r>
        <w:rPr>
          <w:b/>
          <w:sz w:val="20"/>
        </w:rPr>
        <w:t>Contexte dans lequel s’inscrit ce témoignage :</w:t>
      </w:r>
    </w:p>
    <w:p>
      <w:r>
        <w:rPr>
          <w:b w:val="0"/>
          <w:sz w:val="20"/>
        </w:rPr>
        <w:t>Ce témoignage est établi afin d’appuyer la crédibilité et la bonne réputation de Monsieur/Madame ________________ dans le cadre de ____________________________________________________________.</w:t>
      </w:r>
    </w:p>
    <w:p/>
    <w:p>
      <w:r>
        <w:rPr>
          <w:b/>
          <w:sz w:val="20"/>
        </w:rPr>
        <w:t>Engagement personnel :</w:t>
      </w:r>
    </w:p>
    <w:p>
      <w:r>
        <w:rPr>
          <w:b w:val="0"/>
          <w:sz w:val="20"/>
        </w:rPr>
        <w:t>Je m’engage sur l’honneur à ce que les informations ci-dessus sont sincères et correspondent à la vérité telle que je la connais. Je suis disposé(e) à témoigner en cas de nécessité devant toute instance compétente.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/>
          <w:sz w:val="20"/>
        </w:rPr>
        <w:t>Signature :</w:t>
      </w:r>
    </w:p>
    <w:p>
      <w:r>
        <w:rPr>
          <w:b w:val="0"/>
          <w:sz w:val="20"/>
        </w:rPr>
        <w:t>________________________________</w:t>
      </w:r>
    </w:p>
    <w:p>
      <w:r>
        <w:rPr>
          <w:b/>
          <w:sz w:val="20"/>
        </w:rPr>
        <w:t>Nom et prénom :</w:t>
      </w:r>
    </w:p>
    <w:p>
      <w:r>
        <w:rPr>
          <w:b w:val="0"/>
          <w:sz w:val="20"/>
        </w:rPr>
        <w:t>________________________________</w:t>
      </w:r>
    </w:p>
    <w:p>
      <w:r>
        <w:rPr>
          <w:b/>
          <w:sz w:val="20"/>
        </w:rPr>
        <w:t>Adresse :</w:t>
      </w:r>
    </w:p>
    <w:p>
      <w:r>
        <w:rPr>
          <w:b w:val="0"/>
          <w:sz w:val="20"/>
        </w:rPr>
        <w:t>________________________________</w:t>
      </w:r>
    </w:p>
    <w:p>
      <w:r>
        <w:rPr>
          <w:b/>
          <w:sz w:val="20"/>
        </w:rPr>
        <w:t>Téléphone :</w:t>
      </w:r>
    </w:p>
    <w:p>
      <w:r>
        <w:rPr>
          <w:b w:val="0"/>
          <w:sz w:val="20"/>
        </w:rPr>
        <w:t>________________________________</w:t>
      </w:r>
    </w:p>
    <w:p>
      <w:r>
        <w:rPr>
          <w:b/>
          <w:sz w:val="20"/>
        </w:rPr>
        <w:t>Email :</w:t>
      </w:r>
    </w:p>
    <w:p>
      <w:r>
        <w:rPr>
          <w:b w:val="0"/>
          <w:sz w:val="20"/>
        </w:rPr>
        <w:t>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Fait à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Le 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du témoin 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de la personne concernée (si nécessaire) :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https://juridique-administration.com/modele-de-lettre-pour-temoigner-en-faveur-d'un-ami/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lettre-pour-temoigner-en-faveur-d'un-ami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