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pour Récupérer un Dossier</w:t>
      </w:r>
    </w:p>
    <w:p/>
    <w:p/>
    <w:p>
      <w:r>
        <w:rPr>
          <w:b/>
          <w:sz w:val="20"/>
        </w:rPr>
        <w:t>Nom / Raison sociale de l'organisme : ________________________________</w:t>
      </w:r>
    </w:p>
    <w:p>
      <w:r>
        <w:rPr>
          <w:b w:val="0"/>
          <w:sz w:val="20"/>
        </w:rPr>
        <w:t>Adresse complète : _____________________________________________________</w:t>
      </w:r>
    </w:p>
    <w:p>
      <w:r>
        <w:rPr>
          <w:b w:val="0"/>
          <w:sz w:val="20"/>
        </w:rPr>
        <w:t>Code postal : _______________ Ville : _________________________________</w:t>
      </w:r>
    </w:p>
    <w:p/>
    <w:p/>
    <w:p>
      <w:r>
        <w:rPr>
          <w:b/>
          <w:sz w:val="20"/>
        </w:rPr>
        <w:t>Nom et prénom : _______________________________________________________</w:t>
      </w:r>
    </w:p>
    <w:p>
      <w:r>
        <w:rPr>
          <w:b w:val="0"/>
          <w:sz w:val="20"/>
        </w:rPr>
        <w:t>Adresse complète : _____________________________________________________</w:t>
      </w:r>
    </w:p>
    <w:p>
      <w:r>
        <w:rPr>
          <w:b w:val="0"/>
          <w:sz w:val="20"/>
        </w:rPr>
        <w:t>Code postal : _______________ Ville : _________________________________</w:t>
      </w:r>
    </w:p>
    <w:p>
      <w:r>
        <w:rPr>
          <w:b w:val="0"/>
          <w:sz w:val="20"/>
        </w:rPr>
        <w:t>Téléphone : 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</w:t>
      </w:r>
    </w:p>
    <w:p/>
    <w:p/>
    <w:p>
      <w:r>
        <w:rPr>
          <w:b/>
          <w:sz w:val="20"/>
        </w:rPr>
        <w:t>Objet : Demande de restitution de dossier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me permets de vous solliciter afin d’obtenir la restitution de mon dossier me concernant, conservé au sein de votre établissement/organisme. Conformément aux dispositions légales et réglementaires en vigueur, je souhaite récupérer l’intégralité des pièces et documents me concernant, et ce dans les meilleurs délais.</w:t>
      </w:r>
    </w:p>
    <w:p/>
    <w:p>
      <w:r>
        <w:rPr>
          <w:b w:val="0"/>
          <w:sz w:val="20"/>
        </w:rPr>
        <w:t>Je vous prie de bien vouloir procéder à l’envoi ou à la mise à disposition de mon dossier à l’adresse indiquée ci-dessus. Je reste à votre disposition pour convenir d’un rendez-vous ou pour tout renseignement complémentaire.</w:t>
      </w:r>
    </w:p>
    <w:p/>
    <w:p>
      <w:r>
        <w:rPr>
          <w:b w:val="0"/>
          <w:sz w:val="20"/>
        </w:rPr>
        <w:t>Je vous remercie par avance de l’attention portée à ma demande et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p>
      <w:r>
        <w:rPr>
          <w:b/>
          <w:sz w:val="20"/>
        </w:rPr>
        <w:t>Pièces jointes (copies) :</w:t>
      </w:r>
    </w:p>
    <w:p>
      <w:r>
        <w:rPr>
          <w:b w:val="0"/>
          <w:sz w:val="20"/>
        </w:rPr>
        <w:t>- Pièce d’identité</w:t>
      </w:r>
    </w:p>
    <w:p>
      <w:r>
        <w:rPr>
          <w:b w:val="0"/>
          <w:sz w:val="20"/>
        </w:rPr>
        <w:t>- Justificatif de domicile</w:t>
      </w:r>
    </w:p>
    <w:p>
      <w:r>
        <w:rPr>
          <w:b w:val="0"/>
          <w:sz w:val="20"/>
        </w:rPr>
        <w:t>- Tout document justificatif spécifique (le cas échéant) : _______________________</w:t>
      </w:r>
    </w:p>
    <w:p/>
    <w:p/>
    <w:p>
      <w:r>
        <w:rPr>
          <w:b w:val="0"/>
          <w:sz w:val="20"/>
        </w:rPr>
        <w:t>Lieu : ___________________________</w:t>
      </w:r>
    </w:p>
    <w:p>
      <w:r>
        <w:rPr>
          <w:b w:val="0"/>
          <w:sz w:val="20"/>
        </w:rPr>
        <w:t>Date 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Expéditeur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https://juridique-administration.com/modele-de-lettre-pour-recuperer-un-dossier/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pour-recuperer-un-dossier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