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MODÈLE DE LETTRE POUR FAIRE UN DON À UNE ASSOCIATION</w:t>
      </w:r>
    </w:p>
    <w:p/>
    <w:p>
      <w:r>
        <w:rPr>
          <w:b/>
          <w:sz w:val="20"/>
        </w:rPr>
        <w:t>Coordonnées du Donateur :</w:t>
      </w:r>
    </w:p>
    <w:p>
      <w:r>
        <w:rPr>
          <w:b w:val="0"/>
          <w:sz w:val="20"/>
        </w:rPr>
        <w:t>Nom et Prénom : ___________________________________________________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Téléphone : _______________________________________________________</w:t>
      </w:r>
    </w:p>
    <w:p>
      <w:r>
        <w:rPr>
          <w:b w:val="0"/>
          <w:sz w:val="20"/>
        </w:rPr>
        <w:t>Adresse e-mail : _________________________________________________</w:t>
      </w:r>
    </w:p>
    <w:p/>
    <w:p>
      <w:r>
        <w:rPr>
          <w:b/>
          <w:sz w:val="20"/>
        </w:rPr>
        <w:t>Coordonnées de l’Association :</w:t>
      </w:r>
    </w:p>
    <w:p>
      <w:r>
        <w:rPr>
          <w:b w:val="0"/>
          <w:sz w:val="20"/>
        </w:rPr>
        <w:t>Nom de l’association : _____________________________________________</w:t>
      </w:r>
    </w:p>
    <w:p>
      <w:r>
        <w:rPr>
          <w:b w:val="0"/>
          <w:sz w:val="20"/>
        </w:rPr>
        <w:t>Adresse : _________________________________________________________</w:t>
      </w:r>
    </w:p>
    <w:p>
      <w:r>
        <w:rPr>
          <w:b w:val="0"/>
          <w:sz w:val="20"/>
        </w:rPr>
        <w:t>Numéro SIREN : ____________________________________________________</w:t>
      </w:r>
    </w:p>
    <w:p>
      <w:r>
        <w:rPr>
          <w:b w:val="0"/>
          <w:sz w:val="20"/>
        </w:rPr>
        <w:t>Représentant légal : _______________________________________________</w:t>
      </w:r>
    </w:p>
    <w:p/>
    <w:p>
      <w:r>
        <w:rPr>
          <w:b/>
          <w:sz w:val="20"/>
        </w:rPr>
        <w:t>Objet : Don à l’association</w:t>
      </w:r>
    </w:p>
    <w:p/>
    <w:p>
      <w:r>
        <w:rPr>
          <w:b w:val="0"/>
          <w:sz w:val="20"/>
        </w:rPr>
        <w:t>Madame, Monsieur,</w:t>
      </w:r>
    </w:p>
    <w:p/>
    <w:p>
      <w:r>
        <w:rPr>
          <w:b w:val="0"/>
          <w:sz w:val="20"/>
        </w:rPr>
        <w:t>Par la présente, je souhaite effectuer un don à votre association, conformément aux dispositions prévues par la législation française en vigueur.</w:t>
      </w:r>
    </w:p>
    <w:p/>
    <w:p>
      <w:r>
        <w:rPr>
          <w:b w:val="0"/>
          <w:sz w:val="20"/>
        </w:rPr>
        <w:t>Je vous informe que le montant de mon don s’élève à la somme de : _____________________ euros.</w:t>
      </w:r>
    </w:p>
    <w:p/>
    <w:p>
      <w:r>
        <w:rPr>
          <w:b w:val="0"/>
          <w:sz w:val="20"/>
        </w:rPr>
        <w:t>Ce don est effectué sans contrepartie et dans le respect des conditions fixées par la loi relative au mécénat, aux associations et fondations reconnues d’utilité publique.</w:t>
      </w:r>
    </w:p>
    <w:p/>
    <w:p>
      <w:r>
        <w:rPr>
          <w:b w:val="0"/>
          <w:sz w:val="20"/>
        </w:rPr>
        <w:t>Je vous remercie de bien vouloir me faire parvenir un reçu fiscal conformément à l’article 200 du Code général des impôts, me permettant ainsi de bénéficier des éventuelles réductions d’impôt applicables.</w:t>
      </w:r>
    </w:p>
    <w:p/>
    <w:p>
      <w:r>
        <w:rPr>
          <w:b w:val="0"/>
          <w:sz w:val="20"/>
        </w:rPr>
        <w:t>Je reste à votre disposition pour toute information complémentaire et vous prie d’agréer, Madame, Monsieur, l’expression de mes salutations distinguées.</w:t>
      </w:r>
    </w:p>
    <w:p/>
    <w:p/>
    <w:p>
      <w:r>
        <w:rPr>
          <w:b w:val="0"/>
          <w:sz w:val="20"/>
        </w:rPr>
        <w:t>Signature :</w:t>
      </w:r>
    </w:p>
    <w:p/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Donateur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Représentant de l’Association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https://juridique-administration.com/modele-de-lettre-pour-faire-un-don-a-une-association/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modele-de-lettre-pour-faire-un-don-a-une-association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