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POUR DEMANDE DE RÉVISION DE LA PENSION AU CONJOINT</w:t>
      </w:r>
    </w:p>
    <w:p/>
    <w:p/>
    <w:p>
      <w:r>
        <w:rPr>
          <w:b w:val="0"/>
          <w:sz w:val="20"/>
        </w:rPr>
        <w:t>Nom et prénom du demandeur : 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/>
    <w:p>
      <w:r>
        <w:rPr>
          <w:b/>
          <w:sz w:val="20"/>
        </w:rPr>
        <w:t>Nom et prénom du destinataire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___________________________________________________</w:t>
      </w:r>
    </w:p>
    <w:p/>
    <w:p/>
    <w:p>
      <w:r>
        <w:rPr>
          <w:b/>
          <w:sz w:val="20"/>
        </w:rPr>
        <w:t>Objet : Demande de révision de la pension alimentaire au conjoint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solliciter une révision de la pension alimentaire que je verse/reçois dans le cadre du jugement/de la convention homologuée en date du ______________.</w:t>
      </w:r>
    </w:p>
    <w:p/>
    <w:p>
      <w:r>
        <w:rPr>
          <w:b w:val="0"/>
          <w:sz w:val="20"/>
        </w:rPr>
        <w:t>En effet, conformément à l’article 373-2-2 du Code civil, les conditions ayant conduit à la fixation de cette pension ont évolué de manière significative, ce qui justifie une réévaluation.</w:t>
      </w:r>
    </w:p>
    <w:p/>
    <w:p>
      <w:r>
        <w:rPr>
          <w:b/>
          <w:sz w:val="20"/>
        </w:rPr>
        <w:t>Cette révision est motivée par les éléments suivants :</w:t>
      </w:r>
    </w:p>
    <w:p>
      <w:r>
        <w:rPr>
          <w:b w:val="0"/>
          <w:sz w:val="20"/>
        </w:rPr>
        <w:t>- Modification importante de mes ressources ou de celles de mon conjoint : _____________________________________________________</w:t>
      </w:r>
    </w:p>
    <w:p>
      <w:r>
        <w:rPr>
          <w:b w:val="0"/>
          <w:sz w:val="20"/>
        </w:rPr>
        <w:t>- Changement notable des besoins du bénéficiaire de la pension : ______________________________________________________________</w:t>
      </w:r>
    </w:p>
    <w:p>
      <w:r>
        <w:rPr>
          <w:b w:val="0"/>
          <w:sz w:val="20"/>
        </w:rPr>
        <w:t>- Toute autre circonstance pertinente : ________________________________________________________________</w:t>
      </w:r>
    </w:p>
    <w:p/>
    <w:p>
      <w:r>
        <w:rPr>
          <w:b w:val="0"/>
          <w:sz w:val="20"/>
        </w:rPr>
        <w:t>Je vous invite à bien vouloir prendre en considération ces éléments afin d’adapter le montant de la pension alimentaire en conséquence.</w:t>
      </w:r>
    </w:p>
    <w:p/>
    <w:p>
      <w:r>
        <w:rPr>
          <w:b w:val="0"/>
          <w:sz w:val="20"/>
        </w:rPr>
        <w:t>Je reste à votre disposition pour tout renseignement complémentaire ou pour convenir d’un rendez-vous afin d’examiner cette demande.</w:t>
      </w:r>
    </w:p>
    <w:p/>
    <w:p>
      <w:r>
        <w:rPr>
          <w:b w:val="0"/>
          <w:sz w:val="20"/>
        </w:rPr>
        <w:t>En vous remerciant par avance de l’attention portée à cette requête, 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https://juridique-administration.com/modele-de-lettre-pour-demande-de-revision-de-la-pension-au-conjoint/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pour-demande-de-revision-de-la-pension-au-conjoi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