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POUR DEMANDE DE BÉNÉVOLAT</w:t>
      </w:r>
    </w:p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Adresse e-mail : _______________________________________________</w:t>
      </w:r>
    </w:p>
    <w:p/>
    <w:p/>
    <w:p>
      <w:r>
        <w:rPr>
          <w:b w:val="0"/>
          <w:sz w:val="20"/>
        </w:rPr>
        <w:t>Nom de l’association : 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À l’attention de : _______________________________________________</w:t>
      </w:r>
    </w:p>
    <w:p/>
    <w:p/>
    <w:p>
      <w:r>
        <w:rPr>
          <w:b/>
          <w:sz w:val="20"/>
        </w:rPr>
        <w:t>Objet : Demande de bénévolat au sein de votre association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faire part de mon intérêt à rejoindre votre association en qualité de bénévole. Sensibilisé(e) par votre engagement et les causes que vous défendez, je souhaite m’investir à vos côtés afin d’apporter mon aide et mon temps.</w:t>
      </w:r>
    </w:p>
    <w:p/>
    <w:p>
      <w:r>
        <w:rPr>
          <w:b w:val="0"/>
          <w:sz w:val="20"/>
        </w:rPr>
        <w:t>Disponible et motivé(e), je suis prêt(e) à participer aux différentes activités, événements et missions que vous organisez. Je suis convaincu(e) que mon implication pourra contribuer au succès de vos projets et au soutien des bénéficiaires.</w:t>
      </w:r>
    </w:p>
    <w:p/>
    <w:p>
      <w:r>
        <w:rPr>
          <w:b w:val="0"/>
          <w:sz w:val="20"/>
        </w:rPr>
        <w:t>Je reste à votre disposition pour un entretien, afin de vous exposer plus en détail mes motivations ainsi que les compétences que je peux mettre à votre service.</w:t>
      </w:r>
    </w:p>
    <w:p/>
    <w:p>
      <w:r>
        <w:rPr>
          <w:b w:val="0"/>
          <w:sz w:val="20"/>
        </w:rPr>
        <w:t>Dans l’attente de votre réponse, je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https://juridique-administration.com/modele-de-lettre-pour-demande-de-benevolat/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pour-demande-de-benevola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