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RENDEZ-VOUS MÉDICAL</w:t>
      </w:r>
    </w:p>
    <w:p/>
    <w:p/>
    <w:p>
      <w:r>
        <w:rPr>
          <w:b w:val="0"/>
          <w:sz w:val="20"/>
        </w:rPr>
        <w:t>Nom Prénom : ________________________________________________</w:t>
      </w:r>
    </w:p>
    <w:p>
      <w:r>
        <w:rPr>
          <w:b w:val="0"/>
          <w:sz w:val="20"/>
        </w:rPr>
        <w:t>Adresse : ____________________________________________________</w:t>
      </w:r>
    </w:p>
    <w:p>
      <w:r>
        <w:rPr>
          <w:b w:val="0"/>
          <w:sz w:val="20"/>
        </w:rPr>
        <w:t>Code Postal - Ville : _________________________________________</w:t>
      </w:r>
    </w:p>
    <w:p>
      <w:r>
        <w:rPr>
          <w:b w:val="0"/>
          <w:sz w:val="20"/>
        </w:rPr>
        <w:t>Téléphone : _________________________________________________</w:t>
      </w:r>
    </w:p>
    <w:p>
      <w:r>
        <w:rPr>
          <w:b w:val="0"/>
          <w:sz w:val="20"/>
        </w:rPr>
        <w:t>Adresse e-mail : _____________________________________________</w:t>
      </w:r>
    </w:p>
    <w:p/>
    <w:p/>
    <w:p>
      <w:r>
        <w:rPr>
          <w:b w:val="0"/>
          <w:sz w:val="20"/>
        </w:rPr>
        <w:t>Docteur : _________________________________________________</w:t>
      </w:r>
    </w:p>
    <w:p>
      <w:r>
        <w:rPr>
          <w:b w:val="0"/>
          <w:sz w:val="20"/>
        </w:rPr>
        <w:t>Adresse du cabinet : ________________________________________</w:t>
      </w:r>
    </w:p>
    <w:p>
      <w:r>
        <w:rPr>
          <w:b w:val="0"/>
          <w:sz w:val="20"/>
        </w:rPr>
        <w:t>Code Postal - Ville : ________________________________________</w:t>
      </w:r>
    </w:p>
    <w:p/>
    <w:p/>
    <w:p>
      <w:r>
        <w:rPr>
          <w:b/>
          <w:sz w:val="20"/>
        </w:rPr>
        <w:t>Objet : Demande de rendez-vous médical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solliciter un rendez-vous médical auprès de vous. En effet, il m’est nécessaire de bénéficier d’une consultation afin d’aborder ma situation de santé et d’obtenir un suivi adapté.</w:t>
      </w:r>
    </w:p>
    <w:p/>
    <w:p>
      <w:r>
        <w:rPr>
          <w:b w:val="0"/>
          <w:sz w:val="20"/>
        </w:rPr>
        <w:t>Je vous remercie par avance de bien vouloir me proposer une date et un horaire qui vous conviendraient pour cette consultation. Vous pouvez me contacter aux coordonnées indiquées ci-dessus pour toute précision.</w:t>
      </w:r>
    </w:p>
    <w:p/>
    <w:p>
      <w:r>
        <w:rPr>
          <w:b w:val="0"/>
          <w:sz w:val="20"/>
        </w:rPr>
        <w:t>Dans l’attente de votre retour, je vous prie d’agréer, Madame, Monsieur, l’expression de mes salutations distinguées.</w:t>
      </w:r>
    </w:p>
    <w:p/>
    <w:p/>
    <w:p>
      <w:r>
        <w:rPr>
          <w:b w:val="0"/>
          <w:sz w:val="20"/>
        </w:rPr>
        <w:t>Signature : _________________________________________________</w:t>
      </w:r>
    </w:p>
    <w:p/>
    <w:p/>
    <w:p>
      <w:r>
        <w:rPr>
          <w:b w:val="0"/>
          <w:sz w:val="20"/>
        </w:rPr>
        <w:t>Fait à : ____________________</w:t>
      </w:r>
    </w:p>
    <w:p>
      <w:r>
        <w:rPr>
          <w:b w:val="0"/>
          <w:sz w:val="20"/>
        </w:rPr>
        <w:t>Le : 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du rendez-vous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Heure du rendez-vous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du rendez-vous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Numéro de téléphone du cabinet : 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https://juridique-administration.com/modele-de-lettre-demande-de-rendez-vous-medical/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demande-de-rendez-vous-medica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