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Modèle de Lettre de Motivation</w:t>
      </w:r>
    </w:p>
    <w:p>
      <w:pPr>
        <w:jc w:val="center"/>
      </w:pPr>
      <w:r>
        <w:rPr>
          <w:b/>
          <w:sz w:val="20"/>
        </w:rPr>
        <w:t>Assistant Dentaire - Sans Expérience</w:t>
      </w:r>
    </w:p>
    <w:p/>
    <w:p/>
    <w:p>
      <w:r>
        <w:rPr>
          <w:b w:val="0"/>
          <w:sz w:val="20"/>
        </w:rPr>
        <w:t>Nom Prénom</w:t>
      </w:r>
    </w:p>
    <w:p>
      <w:r>
        <w:rPr>
          <w:b w:val="0"/>
          <w:sz w:val="20"/>
        </w:rPr>
        <w:t>Adresse</w:t>
      </w:r>
    </w:p>
    <w:p>
      <w:r>
        <w:rPr>
          <w:b w:val="0"/>
          <w:sz w:val="20"/>
        </w:rPr>
        <w:t>Code Postal - Ville</w:t>
      </w:r>
    </w:p>
    <w:p>
      <w:r>
        <w:rPr>
          <w:b w:val="0"/>
          <w:sz w:val="20"/>
        </w:rPr>
        <w:t>Téléphone</w:t>
      </w:r>
    </w:p>
    <w:p>
      <w:r>
        <w:rPr>
          <w:b w:val="0"/>
          <w:sz w:val="20"/>
        </w:rPr>
        <w:t>Email</w:t>
      </w:r>
    </w:p>
    <w:p/>
    <w:p/>
    <w:p>
      <w:pPr>
        <w:jc w:val="right"/>
      </w:pPr>
      <w:r>
        <w:rPr>
          <w:sz w:val="20"/>
        </w:rPr>
        <w:t>Cabinet Dentaire</w:t>
        <w:br/>
        <w:t>Nom du destinataire</w:t>
        <w:br/>
        <w:t>Adresse</w:t>
        <w:br/>
        <w:t>Code Postal - Ville</w:t>
      </w:r>
    </w:p>
    <w:p/>
    <w:p/>
    <w:p>
      <w:r>
        <w:rPr>
          <w:b/>
          <w:sz w:val="20"/>
        </w:rPr>
        <w:t>Objet : Candidature au poste d’Assistant Dentaire</w:t>
      </w:r>
    </w:p>
    <w:p/>
    <w:p>
      <w:r>
        <w:rPr>
          <w:b w:val="0"/>
          <w:sz w:val="20"/>
        </w:rPr>
        <w:t>Madame, Monsieur,</w:t>
      </w:r>
    </w:p>
    <w:p/>
    <w:p>
      <w:r>
        <w:rPr>
          <w:b w:val="0"/>
          <w:sz w:val="20"/>
        </w:rPr>
        <w:t>Actuellement à la recherche d’une première expérience professionnelle en tant qu’Assistant Dentaire, je me permets de vous adresser ma candidature pour intégrer votre cabinet. Rigoureux(se), motivé(e) et désireux(se) d’apprendre, je souhaite mettre à profit mon intérêt pour le domaine médical et mon goût du travail en équipe au service de votre structure.</w:t>
      </w:r>
    </w:p>
    <w:p/>
    <w:p>
      <w:r>
        <w:rPr>
          <w:b w:val="0"/>
          <w:sz w:val="20"/>
        </w:rPr>
        <w:t>Bien que je ne dispose pas encore d’expérience professionnelle significative dans ce secteur, j’ai suivi une formation adaptée qui m’a permis d’acquérir des connaissances solides en anatomie bucco-dentaire, hygiène et stérilisation des instruments, ainsi que la gestion administrative liée à ce métier.</w:t>
      </w:r>
    </w:p>
    <w:p/>
    <w:p>
      <w:r>
        <w:rPr>
          <w:b w:val="0"/>
          <w:sz w:val="20"/>
        </w:rPr>
        <w:t>Ma capacité d’adaptation, mon sens de l’organisation et mon empathie me permettront de soutenir efficacement les praticiens et d’assurer un accueil de qualité aux patients. Je suis également très attentif(ve) au respect des protocoles sanitaires et à la confidentialité des informations.</w:t>
      </w:r>
    </w:p>
    <w:p/>
    <w:p>
      <w:r>
        <w:rPr>
          <w:b w:val="0"/>
          <w:sz w:val="20"/>
        </w:rPr>
        <w:t>Intégrer votre équipe représente pour moi une véritable opportunité d’évoluer dans un environnement professionnel exigeant et enrichissant. Je suis convaincu(e) que ma motivation et mon sérieux seront des atouts pour contribuer au bon fonctionnement de votre cabinet.</w:t>
      </w:r>
    </w:p>
    <w:p/>
    <w:p>
      <w:r>
        <w:rPr>
          <w:b w:val="0"/>
          <w:sz w:val="20"/>
        </w:rPr>
        <w:t>Je reste à votre disposition pour un entretien afin de vous exposer plus en détail mes motivations et répondre à vos questions.</w:t>
      </w:r>
    </w:p>
    <w:p/>
    <w:p>
      <w:r>
        <w:rPr>
          <w:b w:val="0"/>
          <w:sz w:val="20"/>
        </w:rPr>
        <w:t>Je vous prie d’agréer, Madame, Monsieur, l’expression de mes salutations distinguées.</w:t>
      </w:r>
    </w:p>
    <w:p/>
    <w:p/>
    <w:p/>
    <w:p>
      <w:pPr>
        <w:jc w:val="right"/>
      </w:pPr>
      <w:r>
        <w:rPr>
          <w:sz w:val="20"/>
        </w:rPr>
        <w:t>Nom Prénom</w:t>
      </w:r>
    </w:p>
    <w:p>
      <w:r>
        <w:br w:type="page"/>
      </w:r>
    </w:p>
    <w:p>
      <w:pPr>
        <w:jc w:val="center"/>
      </w:pPr>
      <w:r>
        <w:rPr>
          <w:color w:val="555555"/>
          <w:sz w:val="24"/>
        </w:rPr>
        <w:t>Source originale de ce document :</w:t>
      </w:r>
    </w:p>
    <w:p>
      <w:pPr>
        <w:jc w:val="center"/>
      </w:pPr>
      <w:hyperlink r:id="rId9">
        <w:r>
          <w:rPr>
            <w:color w:val="0000FF"/>
            <w:u w:val="single"/>
          </w:rPr>
          <w:t>https://juridique-administration.com/modele-de-lettre-de-motivation-assistant-dentaire-sans-experience/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https://juridique-administration.com</w:t>
        </w:r>
      </w:hyperlink>
    </w:p>
    <w:p>
      <w:pPr>
        <w:jc w:val="center"/>
      </w:pPr>
      <w:r>
        <w:rPr>
          <w:color w:val="808080"/>
          <w:sz w:val="20"/>
        </w:rPr>
        <w:t>Ce modèle est destiné exclusivement à un usage personnel et non commercial.</w:t>
        <w:br/>
        <w:t>Toute diffusion ou publication doit obligatoirement mentionner la source. © juridique-administration.com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administration.com/modele-de-lettre-de-motivation-assistant-dentaire-sans-experience/" TargetMode="External"/><Relationship Id="rId10" Type="http://schemas.openxmlformats.org/officeDocument/2006/relationships/hyperlink" Target="https://juridique-administra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