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Modèle de Lettre de Demande de Travaux à la Mairie</w:t>
      </w:r>
    </w:p>
    <w:p/>
    <w:p/>
    <w:p>
      <w:r>
        <w:rPr>
          <w:b/>
          <w:sz w:val="20"/>
        </w:rPr>
        <w:t>Nom et prénom : ___________________________________________________</w:t>
      </w:r>
    </w:p>
    <w:p>
      <w:r>
        <w:rPr>
          <w:b w:val="0"/>
          <w:sz w:val="20"/>
        </w:rPr>
        <w:t>Adresse : _________________________________________________________</w:t>
      </w:r>
    </w:p>
    <w:p>
      <w:r>
        <w:rPr>
          <w:b w:val="0"/>
          <w:sz w:val="20"/>
        </w:rPr>
        <w:t>Code postal et ville : ______________________________________________</w:t>
      </w:r>
    </w:p>
    <w:p>
      <w:r>
        <w:rPr>
          <w:b w:val="0"/>
          <w:sz w:val="20"/>
        </w:rPr>
        <w:t>Téléphone : _______________________________________________________</w:t>
      </w:r>
    </w:p>
    <w:p>
      <w:r>
        <w:rPr>
          <w:b w:val="0"/>
          <w:sz w:val="20"/>
        </w:rPr>
        <w:t>Adresse e-mail : _________________________________________________</w:t>
      </w:r>
    </w:p>
    <w:p/>
    <w:p/>
    <w:p>
      <w:r>
        <w:rPr>
          <w:b/>
          <w:sz w:val="20"/>
        </w:rPr>
        <w:t>À l’attention de : Monsieur/Madame le Maire</w:t>
      </w:r>
    </w:p>
    <w:p>
      <w:r>
        <w:rPr>
          <w:b w:val="0"/>
          <w:sz w:val="20"/>
        </w:rPr>
        <w:t>Mairie de _________________________________________________________</w:t>
      </w:r>
    </w:p>
    <w:p>
      <w:r>
        <w:rPr>
          <w:b w:val="0"/>
          <w:sz w:val="20"/>
        </w:rPr>
        <w:t>Adresse : _________________________________________________________</w:t>
      </w:r>
    </w:p>
    <w:p>
      <w:r>
        <w:rPr>
          <w:b w:val="0"/>
          <w:sz w:val="20"/>
        </w:rPr>
        <w:t>Code postal et ville : ______________________________________________</w:t>
      </w:r>
    </w:p>
    <w:p/>
    <w:p/>
    <w:p>
      <w:r>
        <w:rPr>
          <w:b/>
          <w:sz w:val="20"/>
        </w:rPr>
        <w:t>Objet : Demande d’autorisation de travaux</w:t>
      </w:r>
    </w:p>
    <w:p/>
    <w:p>
      <w:r>
        <w:rPr>
          <w:b w:val="0"/>
          <w:sz w:val="20"/>
        </w:rPr>
        <w:t>Madame, Monsieur le Maire,</w:t>
      </w:r>
    </w:p>
    <w:p/>
    <w:p>
      <w:r>
        <w:rPr>
          <w:b w:val="0"/>
          <w:sz w:val="20"/>
        </w:rPr>
        <w:t>Par la présente, je souhaite vous soumettre une demande d’autorisation de travaux concernant mon habitation située au _____________________________________________________.</w:t>
      </w:r>
    </w:p>
    <w:p/>
    <w:p>
      <w:r>
        <w:rPr>
          <w:b w:val="0"/>
          <w:sz w:val="20"/>
        </w:rPr>
        <w:t>Le projet concerne les travaux suivants :</w:t>
      </w:r>
    </w:p>
    <w:p/>
    <w:p>
      <w:r>
        <w:rPr>
          <w:b w:val="0"/>
          <w:sz w:val="20"/>
        </w:rPr>
        <w:t>• _________________________________________________________________</w:t>
      </w:r>
    </w:p>
    <w:p>
      <w:r>
        <w:rPr>
          <w:b w:val="0"/>
          <w:sz w:val="20"/>
        </w:rPr>
        <w:t>• _________________________________________________________________</w:t>
      </w:r>
    </w:p>
    <w:p>
      <w:r>
        <w:rPr>
          <w:b w:val="0"/>
          <w:sz w:val="20"/>
        </w:rPr>
        <w:t>• _________________________________________________________________</w:t>
      </w:r>
    </w:p>
    <w:p/>
    <w:p>
      <w:r>
        <w:rPr>
          <w:b w:val="0"/>
          <w:sz w:val="20"/>
        </w:rPr>
        <w:t>Ces travaux ont pour but d’_______________________________________________. Ils respecteront les règles d’urbanisme en vigueur dans la commune.</w:t>
      </w:r>
    </w:p>
    <w:p/>
    <w:p>
      <w:r>
        <w:rPr>
          <w:b w:val="0"/>
          <w:sz w:val="20"/>
        </w:rPr>
        <w:t>Je vous joins à cette lettre les documents nécessaires à l’instruction de ma demande :</w:t>
      </w:r>
    </w:p>
    <w:p/>
    <w:p>
      <w:r>
        <w:rPr>
          <w:b w:val="0"/>
          <w:sz w:val="20"/>
        </w:rPr>
        <w:t>• Plan de situation</w:t>
      </w:r>
    </w:p>
    <w:p>
      <w:r>
        <w:rPr>
          <w:b w:val="0"/>
          <w:sz w:val="20"/>
        </w:rPr>
        <w:t>• Plan de masse</w:t>
      </w:r>
    </w:p>
    <w:p>
      <w:r>
        <w:rPr>
          <w:b w:val="0"/>
          <w:sz w:val="20"/>
        </w:rPr>
        <w:t>• Plan des façades et des toitures</w:t>
      </w:r>
    </w:p>
    <w:p>
      <w:r>
        <w:rPr>
          <w:b w:val="0"/>
          <w:sz w:val="20"/>
        </w:rPr>
        <w:t>• Photographies du terrain et de l’habitation</w:t>
      </w:r>
    </w:p>
    <w:p>
      <w:r>
        <w:rPr>
          <w:b w:val="0"/>
          <w:sz w:val="20"/>
        </w:rPr>
        <w:t>• Description détaillée des travaux projetés</w:t>
      </w:r>
    </w:p>
    <w:p/>
    <w:p>
      <w:r>
        <w:rPr>
          <w:b w:val="0"/>
          <w:sz w:val="20"/>
        </w:rPr>
        <w:t>Je reste à votre disposition pour tout renseignement complémentaire et vous remercie par avance de l’attention portée à ma demande.</w:t>
      </w:r>
    </w:p>
    <w:p/>
    <w:p/>
    <w:p>
      <w:r>
        <w:rPr>
          <w:b w:val="0"/>
          <w:sz w:val="20"/>
        </w:rPr>
        <w:t>Veuillez agréer, Madame, Monsieur le Maire, l’expression de mes salutations distinguées.</w:t>
      </w:r>
    </w:p>
    <w:p/>
    <w:p/>
    <w:p/>
    <w:p>
      <w:r>
        <w:rPr>
          <w:b w:val="0"/>
          <w:sz w:val="20"/>
        </w:rPr>
        <w:t>Signature :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Fait à : 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Le : 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https://juridique-administration.com/modele-de-lettre-de-demande-de-travaux-a-la-mairie/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https://juridique-administration.com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juridique-administration.com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administration.com/modele-de-lettre-de-demande-de-travaux-a-la-mairie/" TargetMode="External"/><Relationship Id="rId10" Type="http://schemas.openxmlformats.org/officeDocument/2006/relationships/hyperlink" Target="https://juridique-administrati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