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RÉCÉPISSÉ</w:t>
      </w:r>
    </w:p>
    <w:p/>
    <w:p>
      <w:r>
        <w:rPr>
          <w:b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Code postal et Ville : 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>
      <w:r>
        <w:rPr>
          <w:b w:val="0"/>
          <w:sz w:val="20"/>
        </w:rPr>
        <w:t>Adresse e-mail : _______________________________________________</w:t>
      </w:r>
    </w:p>
    <w:p/>
    <w:p>
      <w:r>
        <w:rPr>
          <w:b/>
          <w:sz w:val="20"/>
        </w:rPr>
        <w:t>À</w:t>
      </w:r>
    </w:p>
    <w:p>
      <w:r>
        <w:rPr>
          <w:b/>
          <w:sz w:val="20"/>
        </w:rPr>
        <w:t>Monsieur/Madame le/la Responsable des Services Administratifs</w:t>
      </w:r>
    </w:p>
    <w:p>
      <w:r>
        <w:rPr>
          <w:b/>
          <w:sz w:val="20"/>
        </w:rPr>
        <w:t>Nom de la mairie ou de l'administration :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Code postal et Ville : __________________________________________</w:t>
      </w:r>
    </w:p>
    <w:p/>
    <w:p>
      <w:r>
        <w:rPr>
          <w:b/>
          <w:sz w:val="20"/>
        </w:rPr>
        <w:t>Objet : Demande de récépissé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me permets de vous solliciter afin d’obtenir un récépissé suite à ma démarche effectuée auprès de vos services.</w:t>
      </w:r>
    </w:p>
    <w:p/>
    <w:p>
      <w:r>
        <w:rPr>
          <w:b w:val="0"/>
          <w:sz w:val="20"/>
        </w:rPr>
        <w:t>En effet, j’ai déposé un dossier concernant la demande suivante : ________________ _______________________________________________________________ (préciser la nature de la demande).</w:t>
      </w:r>
    </w:p>
    <w:p/>
    <w:p>
      <w:r>
        <w:rPr>
          <w:b w:val="0"/>
          <w:sz w:val="20"/>
        </w:rPr>
        <w:t>À ce jour, je n’ai pas reçu de confirmation écrite attestant la bonne réception de ma demande, ce qui me conduit à vous adresser cette lettre afin d’obtenir un récépissé officiel.</w:t>
      </w:r>
    </w:p>
    <w:p/>
    <w:p>
      <w:r>
        <w:rPr>
          <w:b w:val="0"/>
          <w:sz w:val="20"/>
        </w:rPr>
        <w:t>Ce document me permettra de justifier auprès des organismes concernés que ma demande a bien été prise en compte.</w:t>
      </w:r>
    </w:p>
    <w:p/>
    <w:p>
      <w:r>
        <w:rPr>
          <w:b w:val="0"/>
          <w:sz w:val="20"/>
        </w:rPr>
        <w:t>Je vous remercie par avance de l’attention que vous porterez à ma requête et reste à votre disposition pour toute information complémentaire.</w:t>
      </w:r>
    </w:p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https://juridique-administration.com/modele-de-lettre-de-demande-de-recepisse/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de-demande-de-recepiss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