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de Demande de Mutation</w:t>
      </w:r>
    </w:p>
    <w:p/>
    <w:p/>
    <w:p>
      <w:r>
        <w:rPr>
          <w:b w:val="0"/>
          <w:sz w:val="20"/>
        </w:rPr>
        <w:t>Nom et Prénom : _________________________________________________</w:t>
      </w:r>
    </w:p>
    <w:p>
      <w:r>
        <w:rPr>
          <w:b w:val="0"/>
          <w:sz w:val="20"/>
        </w:rPr>
        <w:t>Grade/Fonction : _________________________________________________</w:t>
      </w:r>
    </w:p>
    <w:p>
      <w:r>
        <w:rPr>
          <w:b w:val="0"/>
          <w:sz w:val="20"/>
        </w:rPr>
        <w:t>Service/Établissement : 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/>
    <w:p>
      <w:r>
        <w:rPr>
          <w:b/>
          <w:sz w:val="20"/>
        </w:rPr>
        <w:t>À l’attention de :</w:t>
      </w:r>
    </w:p>
    <w:p>
      <w:r>
        <w:rPr>
          <w:b w:val="0"/>
          <w:sz w:val="20"/>
        </w:rPr>
        <w:t>Monsieur/Madame le Directeur / la Directrice des Ressources Humaines</w:t>
      </w:r>
    </w:p>
    <w:p>
      <w:r>
        <w:rPr>
          <w:b w:val="0"/>
          <w:sz w:val="20"/>
        </w:rPr>
        <w:t>Établissement : 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/>
    <w:p/>
    <w:p>
      <w:r>
        <w:rPr>
          <w:b/>
          <w:sz w:val="20"/>
        </w:rPr>
        <w:t>Objet : Demande de mutation dans la fonction publique hospitalière</w:t>
      </w:r>
    </w:p>
    <w:p/>
    <w:p/>
    <w:p>
      <w:r>
        <w:rPr>
          <w:b w:val="0"/>
          <w:sz w:val="20"/>
        </w:rPr>
        <w:t>Monsieur/Madame le Directeur / la Directrice,</w:t>
      </w:r>
    </w:p>
    <w:p/>
    <w:p>
      <w:r>
        <w:rPr>
          <w:b w:val="0"/>
          <w:sz w:val="20"/>
        </w:rPr>
        <w:t>Par la présente, je souhaite formuler une demande de mutation au sein de la fonction publique hospitalière.</w:t>
      </w:r>
    </w:p>
    <w:p/>
    <w:p>
      <w:r>
        <w:rPr>
          <w:b/>
          <w:sz w:val="20"/>
        </w:rPr>
        <w:t>Actuellement en poste en tant que :</w:t>
      </w:r>
    </w:p>
    <w:p>
      <w:r>
        <w:rPr>
          <w:b w:val="0"/>
          <w:sz w:val="20"/>
        </w:rPr>
        <w:t>Grade/Fonction : _________________________________________________</w:t>
      </w:r>
    </w:p>
    <w:p>
      <w:r>
        <w:rPr>
          <w:b w:val="0"/>
          <w:sz w:val="20"/>
        </w:rPr>
        <w:t>Service/Établissement : ___________________________________________</w:t>
      </w:r>
    </w:p>
    <w:p/>
    <w:p>
      <w:r>
        <w:rPr>
          <w:b/>
          <w:sz w:val="20"/>
        </w:rPr>
        <w:t>Je sollicite une mutation vers :</w:t>
      </w:r>
    </w:p>
    <w:p>
      <w:r>
        <w:rPr>
          <w:b w:val="0"/>
          <w:sz w:val="20"/>
        </w:rPr>
        <w:t>Établissement souhaité : ___________________________________________</w:t>
      </w:r>
    </w:p>
    <w:p>
      <w:r>
        <w:rPr>
          <w:b w:val="0"/>
          <w:sz w:val="20"/>
        </w:rPr>
        <w:t>Service souhaité (si applicable) : __________________________________</w:t>
      </w:r>
    </w:p>
    <w:p/>
    <w:p>
      <w:r>
        <w:rPr>
          <w:b/>
          <w:sz w:val="20"/>
        </w:rPr>
        <w:t>Cette demande est motivée par les raisons suivantes 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 w:val="0"/>
          <w:sz w:val="20"/>
        </w:rPr>
        <w:t>Conformément aux dispositions applicables dans la fonction publique hospitalière, je joins à ce courrier les pièces justificatives nécessaires à l’étude de ma demande (certificats médicaux, attestations, etc.).</w:t>
      </w:r>
    </w:p>
    <w:p/>
    <w:p>
      <w:r>
        <w:rPr>
          <w:b w:val="0"/>
          <w:sz w:val="20"/>
        </w:rPr>
        <w:t>Je reste à votre disposition pour toute information complémentaire et vous remercie par avance pour l’attention portée à ma demande.</w:t>
      </w:r>
    </w:p>
    <w:p/>
    <w:p/>
    <w:p>
      <w:r>
        <w:rPr>
          <w:b w:val="0"/>
          <w:sz w:val="20"/>
        </w:rPr>
        <w:t>Veuillez agréer, Monsieur/Madame le Directeur / la Directrice, l’expression de mes salutations distinguées.</w:t>
      </w:r>
    </w:p>
    <w:p/>
    <w:p/>
    <w:p/>
    <w:p/>
    <w:p>
      <w:r>
        <w:rPr>
          <w:b w:val="0"/>
          <w:sz w:val="20"/>
        </w:rPr>
        <w:t>Signature :</w:t>
      </w:r>
    </w:p>
    <w:p>
      <w:r>
        <w:rPr>
          <w:b w:val="0"/>
          <w:sz w:val="20"/>
        </w:rPr>
        <w:t>_________________________________________________</w:t>
      </w:r>
    </w:p>
    <w:p/>
    <w:p/>
    <w:p>
      <w:r>
        <w:rPr>
          <w:b/>
          <w:sz w:val="20"/>
        </w:rPr>
        <w:t>Pièces jointes :</w:t>
      </w:r>
    </w:p>
    <w:p>
      <w:r>
        <w:rPr>
          <w:b w:val="0"/>
          <w:sz w:val="20"/>
        </w:rPr>
        <w:t>- Copie de la dernière décision administrative</w:t>
      </w:r>
    </w:p>
    <w:p>
      <w:r>
        <w:rPr>
          <w:b w:val="0"/>
          <w:sz w:val="20"/>
        </w:rPr>
        <w:t>- Justificatifs médicaux (le cas échéant)</w:t>
      </w:r>
    </w:p>
    <w:p>
      <w:r>
        <w:rPr>
          <w:b w:val="0"/>
          <w:sz w:val="20"/>
        </w:rPr>
        <w:t>- Autres documents pertinents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Avis du supérieur hiérarchique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Décision de la DRH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Favorable / Défavorable (rayer la mention inutile)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Acceptée / Refusée (rayer la mention inutile)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Commentaires :</w:t>
              <w:br/>
              <w:br/>
              <w:t>______________________________________________________________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Commentaires :</w:t>
              <w:br/>
              <w:br/>
              <w:t>______________________________________________________________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et signature :</w:t>
              <w:br/>
              <w:br/>
              <w:t>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et signature :</w:t>
              <w:br/>
              <w:br/>
              <w:t>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https://juridique-administration.com/modele-de-lettre-de-demande-de-mutation-fonction-publique-hospitaliere/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lettre-de-demande-de-mutation-fonction-publique-hospitalier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