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Mise à Disposition d’un Agent</w:t>
      </w:r>
    </w:p>
    <w:p/>
    <w:p/>
    <w:p>
      <w:r>
        <w:rPr>
          <w:b/>
          <w:sz w:val="20"/>
        </w:rPr>
        <w:t>À</w:t>
      </w:r>
    </w:p>
    <w:p>
      <w:r>
        <w:rPr>
          <w:b w:val="0"/>
          <w:sz w:val="20"/>
        </w:rPr>
        <w:t>Monsieur/Madame [Nom et Prénom]</w:t>
      </w:r>
    </w:p>
    <w:p>
      <w:r>
        <w:rPr>
          <w:b w:val="0"/>
          <w:sz w:val="20"/>
        </w:rPr>
        <w:t>Fonction : ___________________________</w:t>
      </w:r>
    </w:p>
    <w:p>
      <w:r>
        <w:rPr>
          <w:b w:val="0"/>
          <w:sz w:val="20"/>
        </w:rPr>
        <w:t>Adresse : ___________________________</w:t>
      </w:r>
    </w:p>
    <w:p/>
    <w:p/>
    <w:p>
      <w:r>
        <w:rPr>
          <w:b/>
          <w:sz w:val="20"/>
        </w:rPr>
        <w:t>De</w:t>
      </w:r>
    </w:p>
    <w:p>
      <w:r>
        <w:rPr>
          <w:b w:val="0"/>
          <w:sz w:val="20"/>
        </w:rPr>
        <w:t>Monsieur/Madame [Nom et Prénom]</w:t>
      </w:r>
    </w:p>
    <w:p>
      <w:r>
        <w:rPr>
          <w:b w:val="0"/>
          <w:sz w:val="20"/>
        </w:rPr>
        <w:t>Fonction : ___________________________</w:t>
      </w:r>
    </w:p>
    <w:p>
      <w:r>
        <w:rPr>
          <w:b w:val="0"/>
          <w:sz w:val="20"/>
        </w:rPr>
        <w:t>Adresse : ___________________________</w:t>
      </w:r>
    </w:p>
    <w:p/>
    <w:p/>
    <w:p>
      <w:r>
        <w:rPr>
          <w:b/>
          <w:sz w:val="20"/>
        </w:rPr>
        <w:t>Objet : Demande de mise à disposition d’un agent</w:t>
      </w:r>
    </w:p>
    <w:p/>
    <w:p>
      <w:r>
        <w:rPr>
          <w:b w:val="0"/>
          <w:sz w:val="20"/>
        </w:rPr>
        <w:t>Monsieur/Madame,</w:t>
      </w:r>
    </w:p>
    <w:p/>
    <w:p>
      <w:r>
        <w:rPr>
          <w:b w:val="0"/>
          <w:sz w:val="20"/>
        </w:rPr>
        <w:t>Par la présente, je souhaite solliciter la mise à disposition d’un agent au sein de [nom de l’entreprise/organisation], afin de répondre aux besoins spécifiques liés à nos activités.</w:t>
      </w:r>
    </w:p>
    <w:p/>
    <w:p>
      <w:r>
        <w:rPr>
          <w:b w:val="0"/>
          <w:sz w:val="20"/>
        </w:rPr>
        <w:t>Cette demande s’inscrit dans l’optique d’optimiser la gestion opérationnelle et administrative, notamment pour les missions suivantes :</w:t>
      </w:r>
    </w:p>
    <w:p/>
    <w:p>
      <w:r>
        <w:rPr>
          <w:b w:val="0"/>
          <w:sz w:val="20"/>
        </w:rPr>
        <w:t>• Assurer le suivi des dossiers clients et fournisseurs.</w:t>
      </w:r>
    </w:p>
    <w:p>
      <w:r>
        <w:rPr>
          <w:b w:val="0"/>
          <w:sz w:val="20"/>
        </w:rPr>
        <w:t>• Participer à l’organisation des réunions et à la gestion des agendas.</w:t>
      </w:r>
    </w:p>
    <w:p>
      <w:r>
        <w:rPr>
          <w:b w:val="0"/>
          <w:sz w:val="20"/>
        </w:rPr>
        <w:t>• Appuyer les équipes dans la réalisation des tâches quotidiennes.</w:t>
      </w:r>
    </w:p>
    <w:p>
      <w:r>
        <w:rPr>
          <w:b w:val="0"/>
          <w:sz w:val="20"/>
        </w:rPr>
        <w:t>• Contribuer à l’amélioration des processus internes.</w:t>
      </w:r>
    </w:p>
    <w:p>
      <w:r>
        <w:rPr>
          <w:b w:val="0"/>
          <w:sz w:val="20"/>
        </w:rPr>
        <w:t>• Toute autre mission confiée par la hiérarchie en lien avec les objectifs de notre service.</w:t>
      </w:r>
    </w:p>
    <w:p/>
    <w:p>
      <w:r>
        <w:rPr>
          <w:b w:val="0"/>
          <w:sz w:val="20"/>
        </w:rPr>
        <w:t>Je vous serais reconnaissant(e) de bien vouloir étudier favorablement cette demande et de me tenir informé(e) des suites que vous y réserverez.</w:t>
      </w:r>
    </w:p>
    <w:p/>
    <w:p>
      <w:r>
        <w:rPr>
          <w:b w:val="0"/>
          <w:sz w:val="20"/>
        </w:rPr>
        <w:t>Je reste à votre disposition pour tout renseignement complémentaire ou pour convenir d’un entretien afin de discuter des modalités de cette mise à disposition.</w:t>
      </w:r>
    </w:p>
    <w:p/>
    <w:p/>
    <w:p>
      <w:r>
        <w:rPr>
          <w:b w:val="0"/>
          <w:sz w:val="20"/>
        </w:rPr>
        <w:t>Je vous prie d’agréer, Monsieur/Madame,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https://juridique-administration.com/modele-de-lettre-de-demande-de-mise-a-disposition-d'un-agent/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-demande-de-mise-a-disposition-d'un-age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