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D’AUTORISATION</w:t>
      </w:r>
    </w:p>
    <w:p/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- Ville : 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E-mail : ________________________________________________________</w:t>
      </w:r>
    </w:p>
    <w:p/>
    <w:p/>
    <w:p>
      <w:r>
        <w:rPr>
          <w:b/>
          <w:sz w:val="20"/>
        </w:rPr>
        <w:t>À</w:t>
      </w:r>
    </w:p>
    <w:p>
      <w:r>
        <w:rPr>
          <w:b w:val="0"/>
          <w:sz w:val="20"/>
        </w:rPr>
        <w:t>Nom du destinataire : ___________________________________________</w:t>
      </w:r>
    </w:p>
    <w:p>
      <w:r>
        <w:rPr>
          <w:b w:val="0"/>
          <w:sz w:val="20"/>
        </w:rPr>
        <w:t>Fonction / Service : 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- Ville : ___________________________________________</w:t>
      </w:r>
    </w:p>
    <w:p/>
    <w:p/>
    <w:p>
      <w:r>
        <w:rPr>
          <w:b/>
          <w:sz w:val="20"/>
        </w:rPr>
        <w:t>Objet : Demande d’autorisation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soumettre une demande d’autorisation concernant le projet suivant :</w:t>
      </w:r>
    </w:p>
    <w:p/>
    <w:p>
      <w:r>
        <w:rPr>
          <w:b/>
          <w:sz w:val="20"/>
        </w:rPr>
        <w:t>Description détaillée de la demande 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>
      <w:r>
        <w:rPr>
          <w:b/>
          <w:sz w:val="20"/>
        </w:rPr>
        <w:t>Les raisons motivant cette demande sont les suivantes 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>
      <w:r>
        <w:rPr>
          <w:b w:val="0"/>
          <w:sz w:val="20"/>
        </w:rPr>
        <w:t>Je reste à votre disposition pour vous fournir tout document complémentaire ou information utile à l’étude de ma demande.</w:t>
      </w:r>
    </w:p>
    <w:p/>
    <w:p>
      <w:r>
        <w:rPr>
          <w:b w:val="0"/>
          <w:sz w:val="20"/>
        </w:rPr>
        <w:t>Je vous remercie par avance pour l’attention que vous porterez à ma requête et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et prénom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https://juridique-administration.com/modele-de-lettre-de-demande-d'autorisation/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de-demande-d'autoris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