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DEMANDE DE DÉLIVRANCE DE LEGS</w:t>
      </w:r>
    </w:p>
    <w:p/>
    <w:p>
      <w:r>
        <w:rPr>
          <w:b/>
          <w:sz w:val="20"/>
        </w:rPr>
        <w:t>À l’attention du juge des tutelles ou du notaire compétent,</w:t>
      </w:r>
    </w:p>
    <w:p/>
    <w:p>
      <w:r>
        <w:rPr>
          <w:b w:val="0"/>
          <w:sz w:val="20"/>
        </w:rPr>
        <w:t>Je soussigné(e)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Date et lieu de naissance : _________________________________________</w:t>
      </w:r>
    </w:p>
    <w:p>
      <w:r>
        <w:rPr>
          <w:b w:val="0"/>
          <w:sz w:val="20"/>
        </w:rPr>
        <w:t>Adresse complète : 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Email : ___________________________________________________________</w:t>
      </w:r>
    </w:p>
    <w:p/>
    <w:p>
      <w:r>
        <w:rPr>
          <w:b w:val="0"/>
          <w:sz w:val="20"/>
        </w:rPr>
        <w:t>Agissant en qualité de bénéficiaire du legs consenti par :</w:t>
      </w:r>
    </w:p>
    <w:p>
      <w:r>
        <w:rPr>
          <w:b w:val="0"/>
          <w:sz w:val="20"/>
        </w:rPr>
        <w:t>Nom et prénom du défunt : __________________________________________</w:t>
      </w:r>
    </w:p>
    <w:p>
      <w:r>
        <w:rPr>
          <w:b w:val="0"/>
          <w:sz w:val="20"/>
        </w:rPr>
        <w:t>Date et lieu de décès : ____________________________________________</w:t>
      </w:r>
    </w:p>
    <w:p>
      <w:r>
        <w:rPr>
          <w:b w:val="0"/>
          <w:sz w:val="20"/>
        </w:rPr>
        <w:t>Lien de parenté ou qualité : _______________________________________</w:t>
      </w:r>
    </w:p>
    <w:p/>
    <w:p>
      <w:r>
        <w:rPr>
          <w:b/>
          <w:sz w:val="20"/>
        </w:rPr>
        <w:t>Par la présente, je sollicite la délivrance du legs qui m’a été consenti suite au décès susmentionné.</w:t>
      </w:r>
    </w:p>
    <w:p/>
    <w:p>
      <w:r>
        <w:rPr>
          <w:b w:val="0"/>
          <w:sz w:val="20"/>
        </w:rPr>
        <w:t>Conformément aux dispositions des articles 909 et suivants du Code civil, je demande que me soit délivré le legs dont j'ai été gratifié(e) par le testateur.</w:t>
      </w:r>
    </w:p>
    <w:p>
      <w:r>
        <w:rPr>
          <w:b w:val="0"/>
          <w:sz w:val="20"/>
        </w:rPr>
        <w:t>Je certifie que toutes les formalités nécessaires ont été accomplies et que les droits successoraux ont été respectés.</w:t>
      </w:r>
    </w:p>
    <w:p/>
    <w:p>
      <w:r>
        <w:rPr>
          <w:b w:val="0"/>
          <w:sz w:val="20"/>
        </w:rPr>
        <w:t>Je joins à cette demande les documents suivants :</w:t>
      </w:r>
    </w:p>
    <w:p>
      <w:r>
        <w:rPr>
          <w:b w:val="0"/>
          <w:sz w:val="20"/>
        </w:rPr>
        <w:t>- Copie de l’acte de décès du défunt</w:t>
      </w:r>
    </w:p>
    <w:p>
      <w:r>
        <w:rPr>
          <w:b w:val="0"/>
          <w:sz w:val="20"/>
        </w:rPr>
        <w:t>- Copie du testament ou de l’acte notarié relatif au legs</w:t>
      </w:r>
    </w:p>
    <w:p>
      <w:r>
        <w:rPr>
          <w:b w:val="0"/>
          <w:sz w:val="20"/>
        </w:rPr>
        <w:t>- Justificatif d’identité du demandeur</w:t>
      </w:r>
    </w:p>
    <w:p>
      <w:r>
        <w:rPr>
          <w:b w:val="0"/>
          <w:sz w:val="20"/>
        </w:rPr>
        <w:t>- Toute autre pièce pertinente attestant de la qualité et du droit au legs</w:t>
      </w:r>
    </w:p>
    <w:p/>
    <w:p>
      <w:r>
        <w:rPr>
          <w:b w:val="0"/>
          <w:sz w:val="20"/>
        </w:rPr>
        <w:t>Je m’engage à respecter les obligations légales et fiscales liées à la réception du legs et à informer les autorités compétentes de tout changement de situation susceptible d’affecter les droits afférents.</w:t>
      </w:r>
    </w:p>
    <w:p/>
    <w:p>
      <w:r>
        <w:rPr>
          <w:b/>
          <w:sz w:val="20"/>
        </w:rPr>
        <w:t>En conséquence, je vous prie de bien vouloir procéder à la délivrance officielle du legs conformément à la loi.</w:t>
      </w:r>
    </w:p>
    <w:p/>
    <w:p/>
    <w:p>
      <w:r>
        <w:rPr>
          <w:b w:val="0"/>
          <w:sz w:val="20"/>
        </w:rPr>
        <w:t>Lieu de signature : _________________________________________________</w:t>
      </w:r>
    </w:p>
    <w:p>
      <w:r>
        <w:rPr>
          <w:b w:val="0"/>
          <w:sz w:val="20"/>
        </w:rPr>
        <w:t>Date : _____________________________________________________________</w:t>
      </w:r>
    </w:p>
    <w:p/>
    <w:p/>
    <w:p>
      <w:r>
        <w:rPr>
          <w:b/>
          <w:sz w:val="20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Témoin (le cas échéant)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https://juridique-administration.com/modele-de-demande-de-delivrance-de-legs/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-demande-de-delivrance-de-legs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