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CONTRAT DE VENTE</w:t>
      </w:r>
    </w:p>
    <w:p/>
    <w:p/>
    <w:p>
      <w:r>
        <w:rPr>
          <w:b/>
          <w:sz w:val="20"/>
        </w:rPr>
        <w:t>ENTRE LES SOUSSIGNÉS</w:t>
      </w:r>
    </w:p>
    <w:p>
      <w:r>
        <w:rPr>
          <w:b w:val="0"/>
          <w:sz w:val="20"/>
        </w:rPr>
        <w:t>Le Vendeur :</w:t>
      </w:r>
    </w:p>
    <w:p>
      <w:r>
        <w:rPr>
          <w:b w:val="0"/>
          <w:sz w:val="20"/>
        </w:rPr>
        <w:t>Nom et prénom : ________________________________________________</w:t>
      </w:r>
    </w:p>
    <w:p>
      <w:r>
        <w:rPr>
          <w:b w:val="0"/>
          <w:sz w:val="20"/>
        </w:rPr>
        <w:t>Adresse : ______________________________________________________</w:t>
      </w:r>
    </w:p>
    <w:p>
      <w:r>
        <w:rPr>
          <w:b w:val="0"/>
          <w:sz w:val="20"/>
        </w:rPr>
        <w:t>Téléphone : ____________________________________________________</w:t>
      </w:r>
    </w:p>
    <w:p>
      <w:r>
        <w:rPr>
          <w:b w:val="0"/>
          <w:sz w:val="20"/>
        </w:rPr>
        <w:t>Adresse électronique : _________________________________________</w:t>
      </w:r>
    </w:p>
    <w:p/>
    <w:p>
      <w:r>
        <w:rPr>
          <w:b w:val="0"/>
          <w:sz w:val="20"/>
        </w:rPr>
        <w:t>Et</w:t>
      </w:r>
    </w:p>
    <w:p>
      <w:r>
        <w:rPr>
          <w:b w:val="0"/>
          <w:sz w:val="20"/>
        </w:rPr>
        <w:t>L’Acheteur :</w:t>
      </w:r>
    </w:p>
    <w:p>
      <w:r>
        <w:rPr>
          <w:b w:val="0"/>
          <w:sz w:val="20"/>
        </w:rPr>
        <w:t>Nom et prénom : ________________________________________________</w:t>
      </w:r>
    </w:p>
    <w:p>
      <w:r>
        <w:rPr>
          <w:b w:val="0"/>
          <w:sz w:val="20"/>
        </w:rPr>
        <w:t>Adresse : ______________________________________________________</w:t>
      </w:r>
    </w:p>
    <w:p>
      <w:r>
        <w:rPr>
          <w:b w:val="0"/>
          <w:sz w:val="20"/>
        </w:rPr>
        <w:t>Téléphone : ____________________________________________________</w:t>
      </w:r>
    </w:p>
    <w:p>
      <w:r>
        <w:rPr>
          <w:b w:val="0"/>
          <w:sz w:val="20"/>
        </w:rPr>
        <w:t>Adresse électronique : _________________________________________</w:t>
      </w:r>
    </w:p>
    <w:p/>
    <w:p/>
    <w:p>
      <w:r>
        <w:rPr>
          <w:b/>
          <w:sz w:val="20"/>
        </w:rPr>
        <w:t>Article 1 – Désignation du bien vendu</w:t>
      </w:r>
    </w:p>
    <w:p>
      <w:r>
        <w:rPr>
          <w:b w:val="0"/>
          <w:sz w:val="20"/>
        </w:rPr>
        <w:t>Le Vendeur vend à l’Acheteur, qui accepte, le bien désigné ci-après :</w:t>
      </w:r>
    </w:p>
    <w:p>
      <w:r>
        <w:rPr>
          <w:b w:val="0"/>
          <w:sz w:val="20"/>
        </w:rPr>
        <w:t>- Nature du bien : _______________________________________________</w:t>
      </w:r>
    </w:p>
    <w:p>
      <w:r>
        <w:rPr>
          <w:b w:val="0"/>
          <w:sz w:val="20"/>
        </w:rPr>
        <w:t>- Description détaillée : ________________________________________</w:t>
      </w:r>
    </w:p>
    <w:p>
      <w:r>
        <w:rPr>
          <w:b w:val="0"/>
          <w:sz w:val="20"/>
        </w:rPr>
        <w:t>- État du bien : ________________________________________________</w:t>
      </w:r>
    </w:p>
    <w:p>
      <w:r>
        <w:rPr>
          <w:b w:val="0"/>
          <w:sz w:val="20"/>
        </w:rPr>
        <w:t>- Références ou numéros d’identification : ________________________</w:t>
      </w:r>
    </w:p>
    <w:p/>
    <w:p>
      <w:r>
        <w:rPr>
          <w:b/>
          <w:sz w:val="20"/>
        </w:rPr>
        <w:t>Article 2 – Prix de vente</w:t>
      </w:r>
    </w:p>
    <w:p>
      <w:r>
        <w:rPr>
          <w:b w:val="0"/>
          <w:sz w:val="20"/>
        </w:rPr>
        <w:t>Le prix de vente du bien est fixé à la somme de : ____________________________ euros (en chiffres et en toutes lettres).</w:t>
      </w:r>
    </w:p>
    <w:p>
      <w:r>
        <w:rPr>
          <w:b w:val="0"/>
          <w:sz w:val="20"/>
        </w:rPr>
        <w:t>Ce prix est ferme et définitif, sauf accord écrit contraire entre les parties.</w:t>
      </w:r>
    </w:p>
    <w:p/>
    <w:p>
      <w:r>
        <w:rPr>
          <w:b/>
          <w:sz w:val="20"/>
        </w:rPr>
        <w:t>Article 3 – Modalités de paiement</w:t>
      </w:r>
    </w:p>
    <w:p>
      <w:r>
        <w:rPr>
          <w:b w:val="0"/>
          <w:sz w:val="20"/>
        </w:rPr>
        <w:t>Le paiement s’effectuera selon les conditions suivantes :</w:t>
      </w:r>
    </w:p>
    <w:p>
      <w:r>
        <w:rPr>
          <w:b w:val="0"/>
          <w:sz w:val="20"/>
        </w:rPr>
        <w:t>- Montant versé à la signature du présent contrat : _______________________ euros</w:t>
      </w:r>
    </w:p>
    <w:p>
      <w:r>
        <w:rPr>
          <w:b w:val="0"/>
          <w:sz w:val="20"/>
        </w:rPr>
        <w:t>- Solde à régler avant la remise du bien : _______________________________ euros</w:t>
      </w:r>
    </w:p>
    <w:p>
      <w:r>
        <w:rPr>
          <w:b w:val="0"/>
          <w:sz w:val="20"/>
        </w:rPr>
        <w:t>- Mode de paiement : _________________________________________________</w:t>
      </w:r>
    </w:p>
    <w:p/>
    <w:p>
      <w:r>
        <w:rPr>
          <w:b/>
          <w:sz w:val="20"/>
        </w:rPr>
        <w:t>Article 4 – Transfert de propriété et des risques</w:t>
      </w:r>
    </w:p>
    <w:p>
      <w:r>
        <w:rPr>
          <w:b w:val="0"/>
          <w:sz w:val="20"/>
        </w:rPr>
        <w:t>La propriété du bien sera transférée à l’Acheteur au moment du paiement intégral du prix convenu.</w:t>
      </w:r>
    </w:p>
    <w:p>
      <w:r>
        <w:rPr>
          <w:b w:val="0"/>
          <w:sz w:val="20"/>
        </w:rPr>
        <w:t>Les risques afférents au bien seront transférés à l’Acheteur dès la remise du bien.</w:t>
      </w:r>
    </w:p>
    <w:p/>
    <w:p>
      <w:r>
        <w:rPr>
          <w:b/>
          <w:sz w:val="20"/>
        </w:rPr>
        <w:t>Article 5 – Obligations du Vendeur</w:t>
      </w:r>
    </w:p>
    <w:p>
      <w:r>
        <w:rPr>
          <w:b w:val="0"/>
          <w:sz w:val="20"/>
        </w:rPr>
        <w:t>Le Vendeur garantit que le bien vendu est libre de toute hypothèque, nantissement, ou saisie.</w:t>
      </w:r>
    </w:p>
    <w:p>
      <w:r>
        <w:rPr>
          <w:b w:val="0"/>
          <w:sz w:val="20"/>
        </w:rPr>
        <w:t>Il s’engage à remettre à l’Acheteur tous les documents nécessaires à la pleine jouissance du bien (factures, certificats, notices, garanties, etc.).</w:t>
      </w:r>
    </w:p>
    <w:p>
      <w:r>
        <w:rPr>
          <w:b w:val="0"/>
          <w:sz w:val="20"/>
        </w:rPr>
        <w:t>Le Vendeur déclare que le bien est conforme à la description et à l’état convenus.</w:t>
      </w:r>
    </w:p>
    <w:p/>
    <w:p>
      <w:r>
        <w:rPr>
          <w:b/>
          <w:sz w:val="20"/>
        </w:rPr>
        <w:t>Article 6 – Obligations de l’Acheteur</w:t>
      </w:r>
    </w:p>
    <w:p>
      <w:r>
        <w:rPr>
          <w:b w:val="0"/>
          <w:sz w:val="20"/>
        </w:rPr>
        <w:t>L’Acheteur s’engage à payer le prix convenu selon les modalités définies à l’article 3.</w:t>
      </w:r>
    </w:p>
    <w:p>
      <w:r>
        <w:rPr>
          <w:b w:val="0"/>
          <w:sz w:val="20"/>
        </w:rPr>
        <w:t>Il s’engage à prendre livraison du bien à la date et au lieu convenus.</w:t>
      </w:r>
    </w:p>
    <w:p>
      <w:r>
        <w:rPr>
          <w:b w:val="0"/>
          <w:sz w:val="20"/>
        </w:rPr>
        <w:t>L’Acheteur assume le risque lié à l’état apparent du bien, sauf vices cachés dont il pourrait rapporter la preuve conformément à la loi.</w:t>
      </w:r>
    </w:p>
    <w:p/>
    <w:p>
      <w:r>
        <w:rPr>
          <w:b/>
          <w:sz w:val="20"/>
        </w:rPr>
        <w:t>Article 7 – Vices cachés et garanties légales</w:t>
      </w:r>
    </w:p>
    <w:p>
      <w:r>
        <w:rPr>
          <w:b w:val="0"/>
          <w:sz w:val="20"/>
        </w:rPr>
        <w:t>Le bien vendu est soumis aux garanties légales prévues par les articles 1641 et suivants du Code civil.</w:t>
      </w:r>
    </w:p>
    <w:p>
      <w:r>
        <w:rPr>
          <w:b w:val="0"/>
          <w:sz w:val="20"/>
        </w:rPr>
        <w:t>Le Vendeur est responsable des défauts cachés du bien qui le rendent impropre à l’usage auquel on le destine ou qui diminuent tellement cet usage que l’Acheteur ne l’aurait pas acquis, ou n’en aurait donné qu’un moindre prix, s’il les avait connus.</w:t>
      </w:r>
    </w:p>
    <w:p>
      <w:r>
        <w:rPr>
          <w:b w:val="0"/>
          <w:sz w:val="20"/>
        </w:rPr>
        <w:t>L’Acheteur devra informer le Vendeur de tout vice caché dans un délai raisonnable après sa découverte.</w:t>
      </w:r>
    </w:p>
    <w:p/>
    <w:p>
      <w:r>
        <w:rPr>
          <w:b/>
          <w:sz w:val="20"/>
        </w:rPr>
        <w:t>Article 8 – Résolution du contrat</w:t>
      </w:r>
    </w:p>
    <w:p>
      <w:r>
        <w:rPr>
          <w:b w:val="0"/>
          <w:sz w:val="20"/>
        </w:rPr>
        <w:t>En cas d’inexécution par l’une ou l’autre des parties de ses obligations contractuelles, le présent contrat pourra être résolu de plein droit, après mise en demeure restée infructueuse pendant un délai de 15 jours.</w:t>
      </w:r>
    </w:p>
    <w:p/>
    <w:p>
      <w:r>
        <w:rPr>
          <w:b/>
          <w:sz w:val="20"/>
        </w:rPr>
        <w:t>Article 9 – Loi applicable et juridiction compétente</w:t>
      </w:r>
    </w:p>
    <w:p>
      <w:r>
        <w:rPr>
          <w:b w:val="0"/>
          <w:sz w:val="20"/>
        </w:rPr>
        <w:t>Le présent contrat est régi par la loi française.</w:t>
      </w:r>
    </w:p>
    <w:p>
      <w:r>
        <w:rPr>
          <w:b w:val="0"/>
          <w:sz w:val="20"/>
        </w:rPr>
        <w:t>Tout litige relatif à la validité, l’interprétation, l’exécution ou la résolution du présent contrat sera soumis aux tribunaux compétents du ressort du domicile du défendeur ou du lieu de livraison du bien, au choix du demandeur.</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VENDEUR</w:t>
            </w:r>
          </w:p>
        </w:tc>
        <w:tc>
          <w:tcPr>
            <w:tcW w:type="dxa" w:w="4986"/>
            <w:tcBorders>
              <w:top w:val="nil"/>
              <w:left w:val="nil"/>
              <w:bottom w:val="nil"/>
              <w:right w:val="nil"/>
              <w:insideH w:val="nil"/>
              <w:insideV w:val="nil"/>
            </w:tcBorders>
          </w:tcPr>
          <w:p>
            <w:pPr>
              <w:jc w:val="center"/>
            </w:pPr>
            <w:r>
              <w:t>ACHETEUR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https://juridique-administration.com/modele-de-contrat-de-vente/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de-contrat-de-vent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