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TRAVAIL DU JOUEUR DE FOOTBALL</w:t>
      </w:r>
    </w:p>
    <w:p/>
    <w:p>
      <w:r>
        <w:rPr>
          <w:b/>
          <w:sz w:val="20"/>
        </w:rPr>
        <w:t>Entre les soussignés :</w:t>
      </w:r>
    </w:p>
    <w:p>
      <w:r>
        <w:rPr>
          <w:b w:val="0"/>
          <w:sz w:val="20"/>
        </w:rPr>
        <w:t>Le Club : ___________________________________________________________</w:t>
      </w:r>
    </w:p>
    <w:p>
      <w:r>
        <w:rPr>
          <w:b w:val="0"/>
          <w:sz w:val="20"/>
        </w:rPr>
        <w:t>Adresse du Club : ___________________________________________________</w:t>
      </w:r>
    </w:p>
    <w:p>
      <w:r>
        <w:rPr>
          <w:b w:val="0"/>
          <w:sz w:val="20"/>
        </w:rPr>
        <w:t>Représenté par : ____________________________________________________</w:t>
      </w:r>
    </w:p>
    <w:p/>
    <w:p>
      <w:r>
        <w:rPr>
          <w:b w:val="0"/>
          <w:sz w:val="20"/>
        </w:rPr>
        <w:t>Et</w:t>
      </w:r>
    </w:p>
    <w:p>
      <w:r>
        <w:rPr>
          <w:b w:val="0"/>
          <w:sz w:val="20"/>
        </w:rPr>
        <w:t>Le Joueur : _________________________________________________________</w:t>
      </w:r>
    </w:p>
    <w:p>
      <w:r>
        <w:rPr>
          <w:b w:val="0"/>
          <w:sz w:val="20"/>
        </w:rPr>
        <w:t>Adresse du Joueur : _________________________________________________</w:t>
      </w:r>
    </w:p>
    <w:p>
      <w:r>
        <w:rPr>
          <w:b w:val="0"/>
          <w:sz w:val="20"/>
        </w:rPr>
        <w:t>Date de naissance : _________________________________________________</w:t>
      </w:r>
    </w:p>
    <w:p>
      <w:r>
        <w:rPr>
          <w:b w:val="0"/>
          <w:sz w:val="20"/>
        </w:rPr>
        <w:t>Nationalité : _______________________________________________________</w:t>
      </w:r>
    </w:p>
    <w:p/>
    <w:p>
      <w:r>
        <w:rPr>
          <w:b/>
          <w:sz w:val="20"/>
        </w:rPr>
        <w:t>Article 1 – Objet du contrat</w:t>
      </w:r>
    </w:p>
    <w:p>
      <w:r>
        <w:rPr>
          <w:b w:val="0"/>
          <w:sz w:val="20"/>
        </w:rPr>
        <w:t>Le présent contrat a pour objet de définir les conditions d’emploi et de rémunération du Joueur au sein du Club en qualité de joueur professionnel de football.</w:t>
      </w:r>
    </w:p>
    <w:p/>
    <w:p>
      <w:r>
        <w:rPr>
          <w:b/>
          <w:sz w:val="20"/>
        </w:rPr>
        <w:t>Article 2 – Durée du contrat</w:t>
      </w:r>
    </w:p>
    <w:p>
      <w:r>
        <w:rPr>
          <w:b w:val="0"/>
          <w:sz w:val="20"/>
        </w:rPr>
        <w:t>Le présent contrat est conclu pour une durée déterminée de ________ saisons sportives, débutant à la date de signature. Toute prolongation fera l’objet d’un avenant écrit signé par les deux parties.</w:t>
      </w:r>
    </w:p>
    <w:p/>
    <w:p>
      <w:r>
        <w:rPr>
          <w:b/>
          <w:sz w:val="20"/>
        </w:rPr>
        <w:t>Article 3 – Obligations du Joueur</w:t>
      </w:r>
    </w:p>
    <w:p>
      <w:r>
        <w:rPr>
          <w:b w:val="0"/>
          <w:sz w:val="20"/>
        </w:rPr>
        <w:t>Le Joueur s’engage à :</w:t>
      </w:r>
    </w:p>
    <w:p>
      <w:r>
        <w:rPr>
          <w:b w:val="0"/>
          <w:sz w:val="20"/>
        </w:rPr>
        <w:t>• Participer activement aux entraînements, matchs, stages et autres activités sportives fixées par le Club.</w:t>
      </w:r>
    </w:p>
    <w:p>
      <w:r>
        <w:rPr>
          <w:b w:val="0"/>
          <w:sz w:val="20"/>
        </w:rPr>
        <w:t>• Respecter le règlement intérieur du Club et les décisions prises par l’encadrement sportif.</w:t>
      </w:r>
    </w:p>
    <w:p>
      <w:r>
        <w:rPr>
          <w:b w:val="0"/>
          <w:sz w:val="20"/>
        </w:rPr>
        <w:t>• Respecter les règles de bonne conduite sportive et civile.</w:t>
      </w:r>
    </w:p>
    <w:p>
      <w:r>
        <w:rPr>
          <w:b w:val="0"/>
          <w:sz w:val="20"/>
        </w:rPr>
        <w:t>• Maintenir son état de forme physique et respecter les prescriptions médicales.</w:t>
      </w:r>
    </w:p>
    <w:p/>
    <w:p>
      <w:r>
        <w:rPr>
          <w:b/>
          <w:sz w:val="20"/>
        </w:rPr>
        <w:t>Article 4 – Obligations du Club</w:t>
      </w:r>
    </w:p>
    <w:p>
      <w:r>
        <w:rPr>
          <w:b w:val="0"/>
          <w:sz w:val="20"/>
        </w:rPr>
        <w:t>Le Club s’engage à :</w:t>
      </w:r>
    </w:p>
    <w:p>
      <w:r>
        <w:rPr>
          <w:b w:val="0"/>
          <w:sz w:val="20"/>
        </w:rPr>
        <w:t>• Assurer la mise à disposition des infrastructures nécessaires à la pratique sportive.</w:t>
      </w:r>
    </w:p>
    <w:p>
      <w:r>
        <w:rPr>
          <w:b w:val="0"/>
          <w:sz w:val="20"/>
        </w:rPr>
        <w:t>• Verser la rémunération convenue selon les modalités précisées au présent contrat.</w:t>
      </w:r>
    </w:p>
    <w:p>
      <w:r>
        <w:rPr>
          <w:b w:val="0"/>
          <w:sz w:val="20"/>
        </w:rPr>
        <w:t>• Offrir au Joueur les conditions nécessaires à la préparation et au bon déroulement de son activité.</w:t>
      </w:r>
    </w:p>
    <w:p/>
    <w:p>
      <w:r>
        <w:rPr>
          <w:b/>
          <w:sz w:val="20"/>
        </w:rPr>
        <w:t>Article 5 – Rémunération</w:t>
      </w:r>
    </w:p>
    <w:p>
      <w:r>
        <w:rPr>
          <w:b w:val="0"/>
          <w:sz w:val="20"/>
        </w:rPr>
        <w:t>Le Joueur percevra une rémunération brute mensuelle de _________________ euros, payable à terme échu. Cette rémunération comprend toutes primes et avantages liés à l’exercice de son activité sportive.</w:t>
      </w:r>
    </w:p>
    <w:p>
      <w:r>
        <w:rPr>
          <w:b w:val="0"/>
          <w:sz w:val="20"/>
        </w:rPr>
        <w:t>Les modalités de paiement sont les suivantes : ________________________________________________.</w:t>
      </w:r>
    </w:p>
    <w:p/>
    <w:p>
      <w:r>
        <w:rPr>
          <w:b/>
          <w:sz w:val="20"/>
        </w:rPr>
        <w:t>Article 6 – Primes et bonus</w:t>
      </w:r>
    </w:p>
    <w:p>
      <w:r>
        <w:rPr>
          <w:b w:val="0"/>
          <w:sz w:val="20"/>
        </w:rPr>
        <w:t>Le Joueur pourra bénéficier de primes et bonus liés à ses performances individuelles et collectives, déterminés par le Club selon les critères suivants :</w:t>
      </w:r>
    </w:p>
    <w:p>
      <w:r>
        <w:rPr>
          <w:b w:val="0"/>
          <w:sz w:val="20"/>
        </w:rPr>
        <w:t>• Nombre de matchs joués</w:t>
      </w:r>
    </w:p>
    <w:p>
      <w:r>
        <w:rPr>
          <w:b w:val="0"/>
          <w:sz w:val="20"/>
        </w:rPr>
        <w:t>• Résultats sportifs</w:t>
      </w:r>
    </w:p>
    <w:p>
      <w:r>
        <w:rPr>
          <w:b w:val="0"/>
          <w:sz w:val="20"/>
        </w:rPr>
        <w:t>• Autres objectifs définis d’un commun accord</w:t>
      </w:r>
    </w:p>
    <w:p>
      <w:r>
        <w:rPr>
          <w:b w:val="0"/>
          <w:sz w:val="20"/>
        </w:rPr>
        <w:t>Les modalités de calcul et de versement seront précisées dans une annexe au contrat.</w:t>
      </w:r>
    </w:p>
    <w:p/>
    <w:p>
      <w:r>
        <w:rPr>
          <w:b/>
          <w:sz w:val="20"/>
        </w:rPr>
        <w:t>Article 7 – Assurance</w:t>
      </w:r>
    </w:p>
    <w:p>
      <w:r>
        <w:rPr>
          <w:b w:val="0"/>
          <w:sz w:val="20"/>
        </w:rPr>
        <w:t>Le Club s’engage à souscrire une assurance garantissant la responsabilité civile et les accidents dont pourrait être victime le Joueur dans le cadre de son activité sportive.</w:t>
      </w:r>
    </w:p>
    <w:p/>
    <w:p>
      <w:r>
        <w:rPr>
          <w:b/>
          <w:sz w:val="20"/>
        </w:rPr>
        <w:t>Article 8 – Santé et contrôle médical</w:t>
      </w:r>
    </w:p>
    <w:p>
      <w:r>
        <w:rPr>
          <w:b w:val="0"/>
          <w:sz w:val="20"/>
        </w:rPr>
        <w:t>Le Joueur devra se soumettre aux contrôles médicaux réguliers organisés par le Club conformément à la réglementation en vigueur. En cas d’inaptitude constatée, les parties se conformeront aux dispositions légales applicables.</w:t>
      </w:r>
    </w:p>
    <w:p/>
    <w:p>
      <w:r>
        <w:rPr>
          <w:b/>
          <w:sz w:val="20"/>
        </w:rPr>
        <w:t>Article 9 – Discipline et sanctions</w:t>
      </w:r>
    </w:p>
    <w:p>
      <w:r>
        <w:rPr>
          <w:b w:val="0"/>
          <w:sz w:val="20"/>
        </w:rPr>
        <w:t>Le Joueur est tenu au respect strict du règlement intérieur et des consignes sportives. Toute infraction pourra entraîner des sanctions disciplinaires, pouvant aller jusqu’à la suspension ou la résiliation du contrat selon la gravité des faits.</w:t>
      </w:r>
    </w:p>
    <w:p/>
    <w:p>
      <w:r>
        <w:rPr>
          <w:b/>
          <w:sz w:val="20"/>
        </w:rPr>
        <w:t>Article 10 – Résiliation du contrat</w:t>
      </w:r>
    </w:p>
    <w:p>
      <w:r>
        <w:rPr>
          <w:b w:val="0"/>
          <w:sz w:val="20"/>
        </w:rPr>
        <w:t>Le présent contrat peut être résilié :</w:t>
      </w:r>
    </w:p>
    <w:p>
      <w:r>
        <w:rPr>
          <w:b w:val="0"/>
          <w:sz w:val="20"/>
        </w:rPr>
        <w:t>• D’un commun accord entre les parties</w:t>
      </w:r>
    </w:p>
    <w:p>
      <w:r>
        <w:rPr>
          <w:b w:val="0"/>
          <w:sz w:val="20"/>
        </w:rPr>
        <w:t>• Pour faute grave ou manquement aux obligations contractuelles</w:t>
      </w:r>
    </w:p>
    <w:p>
      <w:r>
        <w:rPr>
          <w:b w:val="0"/>
          <w:sz w:val="20"/>
        </w:rPr>
        <w:t>• En cas d’incapacité physique permanente empêchant la poursuite de l’activité sportive</w:t>
      </w:r>
    </w:p>
    <w:p>
      <w:r>
        <w:rPr>
          <w:b w:val="0"/>
          <w:sz w:val="20"/>
        </w:rPr>
        <w:t>La résiliation fera l’objet d’un écrit précisant les motifs.</w:t>
      </w:r>
    </w:p>
    <w:p/>
    <w:p>
      <w:r>
        <w:rPr>
          <w:b/>
          <w:sz w:val="20"/>
        </w:rPr>
        <w:t>Article 11 – Confidentialité</w:t>
      </w:r>
    </w:p>
    <w:p>
      <w:r>
        <w:rPr>
          <w:b w:val="0"/>
          <w:sz w:val="20"/>
        </w:rPr>
        <w:t>Les parties s’engagent à garder confidentielles les informations relatives au présent contrat ainsi qu’à la vie privée et professionnelle du Joueur, sauf obligation légale ou accord contraire.</w:t>
      </w:r>
    </w:p>
    <w:p/>
    <w:p>
      <w:r>
        <w:rPr>
          <w:b/>
          <w:sz w:val="20"/>
        </w:rPr>
        <w:t>Article 12 – Propriété intellectuelle</w:t>
      </w:r>
    </w:p>
    <w:p>
      <w:r>
        <w:rPr>
          <w:b w:val="0"/>
          <w:sz w:val="20"/>
        </w:rPr>
        <w:t>Le Joueur cède au Club, à titre exclusif et pour la durée du contrat, les droits d’image liés à son activité sportive, pouvant être utilisés dans le cadre de la promotion du Club.</w:t>
      </w:r>
    </w:p>
    <w:p/>
    <w:p>
      <w:r>
        <w:rPr>
          <w:b/>
          <w:sz w:val="20"/>
        </w:rPr>
        <w:t>Article 13 – Règlement des litiges</w:t>
      </w:r>
    </w:p>
    <w:p>
      <w:r>
        <w:rPr>
          <w:b w:val="0"/>
          <w:sz w:val="20"/>
        </w:rPr>
        <w:t>Tout différend relatif à l’interprétation ou à l’exécution du présent contrat sera soumis aux juridictions compétentes du ressort du siège social du Club, après tentative de résolution amiable.</w:t>
      </w:r>
    </w:p>
    <w:p/>
    <w:p/>
    <w:p>
      <w:r>
        <w:rPr>
          <w:b w:val="0"/>
          <w:sz w:val="20"/>
        </w:rPr>
        <w:t>Lieu de signature : ________________________________________________</w:t>
      </w:r>
    </w:p>
    <w:p>
      <w:r>
        <w:rPr>
          <w:b w:val="0"/>
          <w:sz w:val="20"/>
        </w:rPr>
        <w:t>Date de signature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Club</w:t>
            </w:r>
          </w:p>
        </w:tc>
        <w:tc>
          <w:tcPr>
            <w:tcW w:type="dxa" w:w="4986"/>
            <w:tcBorders>
              <w:top w:val="nil"/>
              <w:left w:val="nil"/>
              <w:bottom w:val="nil"/>
              <w:right w:val="nil"/>
              <w:insideH w:val="nil"/>
              <w:insideV w:val="nil"/>
            </w:tcBorders>
          </w:tcPr>
          <w:p>
            <w:pPr>
              <w:jc w:val="center"/>
            </w:pPr>
            <w:r>
              <w:t>Le Joueur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https://juridique-administration.com/modele-contrat-joueur-de-foot/</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contrat-joueur-de-foot/"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