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D’ANIMATION - CENTRE DE LOISIRS</w:t>
      </w:r>
    </w:p>
    <w:p/>
    <w:p>
      <w:r>
        <w:rPr>
          <w:b w:val="0"/>
          <w:sz w:val="20"/>
        </w:rPr>
        <w:t>Centre de Loisirs : _______________________________________________</w:t>
      </w:r>
    </w:p>
    <w:p>
      <w:r>
        <w:rPr>
          <w:b w:val="0"/>
          <w:sz w:val="20"/>
        </w:rPr>
        <w:t>Animateur : 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>
      <w:r>
        <w:rPr>
          <w:b/>
          <w:sz w:val="20"/>
        </w:rPr>
        <w:t>Objet du contrat</w:t>
      </w:r>
    </w:p>
    <w:p>
      <w:r>
        <w:rPr>
          <w:b w:val="0"/>
          <w:sz w:val="20"/>
        </w:rPr>
        <w:t>Le présent contrat a pour objet de définir les conditions d’animation et d’encadrement des activités proposées par le Centre de Loisirs, dans le cadre de la mission confiée à l’Animateur. Ce dernier s’engage à respecter le règlement intérieur et les consignes de sécurité du Centre.</w:t>
      </w:r>
    </w:p>
    <w:p/>
    <w:p>
      <w:r>
        <w:rPr>
          <w:b/>
          <w:sz w:val="20"/>
        </w:rPr>
        <w:t>Durée du contrat</w:t>
      </w:r>
    </w:p>
    <w:p>
      <w:r>
        <w:rPr>
          <w:b w:val="0"/>
          <w:sz w:val="20"/>
        </w:rPr>
        <w:t>Le contrat est conclu pour la période suivante : du _______________________ au _______________________. Il pourra être renouvelé par accord écrit des deux parties.</w:t>
      </w:r>
    </w:p>
    <w:p/>
    <w:p>
      <w:r>
        <w:rPr>
          <w:b/>
          <w:sz w:val="20"/>
        </w:rPr>
        <w:t>Obligations de l’Animateur</w:t>
      </w:r>
    </w:p>
    <w:p>
      <w:r>
        <w:rPr>
          <w:b w:val="0"/>
          <w:sz w:val="20"/>
        </w:rPr>
        <w:t>L’Animateur s’engage à :</w:t>
      </w:r>
    </w:p>
    <w:p>
      <w:r>
        <w:rPr>
          <w:b w:val="0"/>
          <w:sz w:val="20"/>
        </w:rPr>
        <w:t>- Assurer l’encadrement et la sécurité des enfants durant les activités ;</w:t>
      </w:r>
    </w:p>
    <w:p>
      <w:r>
        <w:rPr>
          <w:b w:val="0"/>
          <w:sz w:val="20"/>
        </w:rPr>
        <w:t>- Respecter les horaires et plannings établis ;</w:t>
      </w:r>
    </w:p>
    <w:p>
      <w:r>
        <w:rPr>
          <w:b w:val="0"/>
          <w:sz w:val="20"/>
        </w:rPr>
        <w:t>- Participer à la préparation et à l’organisation des activités ;</w:t>
      </w:r>
    </w:p>
    <w:p>
      <w:r>
        <w:rPr>
          <w:b w:val="0"/>
          <w:sz w:val="20"/>
        </w:rPr>
        <w:t>- Informer la direction de toute situation anormale ou accident ;</w:t>
      </w:r>
    </w:p>
    <w:p>
      <w:r>
        <w:rPr>
          <w:b w:val="0"/>
          <w:sz w:val="20"/>
        </w:rPr>
        <w:t>- Se conformer aux règles d’hygiène et de sécurité en vigueur ;</w:t>
      </w:r>
    </w:p>
    <w:p>
      <w:r>
        <w:rPr>
          <w:b w:val="0"/>
          <w:sz w:val="20"/>
        </w:rPr>
        <w:t>- Garder la confidentialité sur les informations concernant les enfants et leurs familles.</w:t>
      </w:r>
    </w:p>
    <w:p/>
    <w:p>
      <w:r>
        <w:rPr>
          <w:b/>
          <w:sz w:val="20"/>
        </w:rPr>
        <w:t>Obligations du Centre de Loisirs</w:t>
      </w:r>
    </w:p>
    <w:p>
      <w:r>
        <w:rPr>
          <w:b w:val="0"/>
          <w:sz w:val="20"/>
        </w:rPr>
        <w:t>Le Centre s’engage à :</w:t>
      </w:r>
    </w:p>
    <w:p>
      <w:r>
        <w:rPr>
          <w:b w:val="0"/>
          <w:sz w:val="20"/>
        </w:rPr>
        <w:t>- Fournir un cadre sécurisé et adapté à l’animation ;</w:t>
      </w:r>
    </w:p>
    <w:p>
      <w:r>
        <w:rPr>
          <w:b w:val="0"/>
          <w:sz w:val="20"/>
        </w:rPr>
        <w:t>- Mettre à disposition les moyens matériels nécessaires ;</w:t>
      </w:r>
    </w:p>
    <w:p>
      <w:r>
        <w:rPr>
          <w:b w:val="0"/>
          <w:sz w:val="20"/>
        </w:rPr>
        <w:t>- Informer l’Animateur de tout changement ou consigne particulière ;</w:t>
      </w:r>
    </w:p>
    <w:p>
      <w:r>
        <w:rPr>
          <w:b w:val="0"/>
          <w:sz w:val="20"/>
        </w:rPr>
        <w:t>- Assurer le respect du cadre légal et réglementaire ;</w:t>
      </w:r>
    </w:p>
    <w:p>
      <w:r>
        <w:rPr>
          <w:b w:val="0"/>
          <w:sz w:val="20"/>
        </w:rPr>
        <w:t>- Régler la rémunération selon les modalités convenues.</w:t>
      </w:r>
    </w:p>
    <w:p/>
    <w:p>
      <w:r>
        <w:rPr>
          <w:b/>
          <w:sz w:val="20"/>
        </w:rPr>
        <w:t>Rémunération</w:t>
      </w:r>
    </w:p>
    <w:p>
      <w:r>
        <w:rPr>
          <w:b w:val="0"/>
          <w:sz w:val="20"/>
        </w:rPr>
        <w:t>La rémunération de l’Animateur est fixée à _________________ EUR brut par heure/jour/mission (à préciser). Elle sera versée selon les modalités suivantes : _______________________________.</w:t>
      </w:r>
    </w:p>
    <w:p/>
    <w:p>
      <w:r>
        <w:rPr>
          <w:b/>
          <w:sz w:val="20"/>
        </w:rPr>
        <w:t>Horaires et congés</w:t>
      </w:r>
    </w:p>
    <w:p>
      <w:r>
        <w:rPr>
          <w:b w:val="0"/>
          <w:sz w:val="20"/>
        </w:rPr>
        <w:t>Les horaires de travail sont les suivants : _________________________________________________. Toute absence doit être signalée au plus tôt à la direction. Les congés éventuels seront pris en accord avec le Centre.</w:t>
      </w:r>
    </w:p>
    <w:p/>
    <w:p>
      <w:r>
        <w:rPr>
          <w:b/>
          <w:sz w:val="20"/>
        </w:rPr>
        <w:t>Responsabilité et assurances</w:t>
      </w:r>
    </w:p>
    <w:p>
      <w:r>
        <w:rPr>
          <w:b w:val="0"/>
          <w:sz w:val="20"/>
        </w:rPr>
        <w:t>L’Animateur est responsable du bon déroulement des activités dont il a la charge. Il déclare être titulaire des assurances nécessaires à l’exercice de ses fonctions et engage à en fournir les justificatifs sur demande.</w:t>
      </w:r>
    </w:p>
    <w:p/>
    <w:p>
      <w:r>
        <w:rPr>
          <w:b/>
          <w:sz w:val="20"/>
        </w:rPr>
        <w:t>Confidentialité</w:t>
      </w:r>
    </w:p>
    <w:p>
      <w:r>
        <w:rPr>
          <w:b w:val="0"/>
          <w:sz w:val="20"/>
        </w:rPr>
        <w:t>L’Animateur s’engage à ne pas divulguer les informations relatives aux enfants, aux familles ou au Centre dont il aurait connaissance dans le cadre de sa mission, même après la fin du présent contrat.</w:t>
      </w:r>
    </w:p>
    <w:p/>
    <w:p>
      <w:r>
        <w:rPr>
          <w:b/>
          <w:sz w:val="20"/>
        </w:rPr>
        <w:t>Résiliation</w:t>
      </w:r>
    </w:p>
    <w:p>
      <w:r>
        <w:rPr>
          <w:b w:val="0"/>
          <w:sz w:val="20"/>
        </w:rPr>
        <w:t>Le présent contrat peut être résilié par l’une ou l’autre des parties avec un préavis écrit de ________________ jours. En cas de faute grave, la résiliation peut intervenir sans préavis.</w:t>
      </w:r>
    </w:p>
    <w:p/>
    <w:p>
      <w:r>
        <w:rPr>
          <w:b/>
          <w:sz w:val="20"/>
        </w:rPr>
        <w:t>Litiges</w:t>
      </w:r>
    </w:p>
    <w:p>
      <w:r>
        <w:rPr>
          <w:b w:val="0"/>
          <w:sz w:val="20"/>
        </w:rPr>
        <w:t>En cas de litige relatif à l’interprétation ou à l’exécution du présent contrat, les parties s’efforceront de trouver une solution amiable. À défaut, le litige sera soumis aux juridictions compétentes conformément au droit français.</w:t>
      </w:r>
    </w:p>
    <w:p/>
    <w:p/>
    <w:p>
      <w:r>
        <w:rPr>
          <w:b w:val="0"/>
          <w:sz w:val="20"/>
        </w:rPr>
        <w:t>Lieu : _______________________________</w:t>
      </w:r>
    </w:p>
    <w:p>
      <w:r>
        <w:rPr>
          <w:b w:val="0"/>
          <w:sz w:val="20"/>
        </w:rPr>
        <w:t>Signature de l’Animateur : ______________________________________</w:t>
      </w:r>
    </w:p>
    <w:p>
      <w:r>
        <w:rPr>
          <w:b w:val="0"/>
          <w:sz w:val="20"/>
        </w:rPr>
        <w:t>Signature du représentant du Centre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ANIMATEUR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CENTRE DE LOISIRS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https://juridique-administration.com/modele-contrat-animateur-centre-loisirs/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contrat-animateur-centre-loisirs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