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CERTIFICAT MÉDICAL POUR RÉSILIATION D’ABONNEMENT À UNE SALLE DE SPORT</w:t>
      </w:r>
    </w:p>
    <w:p/>
    <w:p/>
    <w:p>
      <w:r>
        <w:rPr>
          <w:b/>
          <w:sz w:val="20"/>
        </w:rPr>
        <w:t>Je soussigné(e), Docteur ________________________________</w:t>
      </w:r>
    </w:p>
    <w:p>
      <w:r>
        <w:rPr>
          <w:b w:val="0"/>
          <w:sz w:val="20"/>
        </w:rPr>
        <w:t>Adresse professionnelle : _____________________________________________</w:t>
      </w:r>
    </w:p>
    <w:p>
      <w:r>
        <w:rPr>
          <w:b w:val="0"/>
          <w:sz w:val="20"/>
        </w:rPr>
        <w:t>Numéro de téléphone : ________________________________________________</w:t>
      </w:r>
    </w:p>
    <w:p/>
    <w:p>
      <w:r>
        <w:rPr>
          <w:b w:val="0"/>
          <w:sz w:val="20"/>
        </w:rPr>
        <w:t>Certifie avoir examiné ce jour :</w:t>
      </w:r>
    </w:p>
    <w:p>
      <w:r>
        <w:rPr>
          <w:b w:val="0"/>
          <w:sz w:val="20"/>
        </w:rPr>
        <w:t>Nom : ________________________________________________________________</w:t>
      </w:r>
    </w:p>
    <w:p>
      <w:r>
        <w:rPr>
          <w:b w:val="0"/>
          <w:sz w:val="20"/>
        </w:rPr>
        <w:t>Prénom : ______________________________________________________________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___________________________________________________</w:t>
      </w:r>
    </w:p>
    <w:p/>
    <w:p>
      <w:r>
        <w:rPr>
          <w:b/>
          <w:sz w:val="20"/>
        </w:rPr>
        <w:t>Que son état de santé justifie la résiliation de son abonnement à la salle de sport pour raison médicale.</w:t>
      </w:r>
    </w:p>
    <w:p/>
    <w:p>
      <w:r>
        <w:rPr>
          <w:b w:val="0"/>
          <w:sz w:val="20"/>
        </w:rPr>
        <w:t>Description succincte du motif médical (sans mentionner de détails confidentiels)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 w:val="0"/>
          <w:sz w:val="20"/>
        </w:rPr>
        <w:t>Durée estimée de l’incapacité d’activité sportive :</w:t>
      </w:r>
    </w:p>
    <w:p>
      <w:r>
        <w:rPr>
          <w:b w:val="0"/>
          <w:sz w:val="20"/>
        </w:rPr>
        <w:t>_____________________ à compter de la date de signature du présent certificat.</w:t>
      </w:r>
    </w:p>
    <w:p/>
    <w:p>
      <w:r>
        <w:rPr>
          <w:b/>
          <w:sz w:val="20"/>
        </w:rPr>
        <w:t>Ce certificat est délivré pour permettre la résiliation anticipée de l’abonnement à la salle de sport conformément à la réglementation en vigueur.</w:t>
      </w:r>
    </w:p>
    <w:p/>
    <w:p>
      <w:r>
        <w:rPr>
          <w:b/>
          <w:sz w:val="20"/>
        </w:rPr>
        <w:t>Le signataire atteste que les informations fournies sont exactes et que ce certificat est établi dans le respect du secret médical et des lois en vigueur en France.</w:t>
      </w:r>
    </w:p>
    <w:p/>
    <w:p/>
    <w:p>
      <w:r>
        <w:rPr>
          <w:b w:val="0"/>
          <w:sz w:val="20"/>
        </w:rPr>
        <w:t>Lieu : _________________________________________</w:t>
      </w:r>
    </w:p>
    <w:p>
      <w:r>
        <w:rPr>
          <w:b w:val="0"/>
          <w:sz w:val="20"/>
        </w:rPr>
        <w:t>Date : _________________________________________</w:t>
      </w:r>
    </w:p>
    <w:p/>
    <w:p/>
    <w:p/>
    <w:p>
      <w:r>
        <w:rPr>
          <w:b/>
          <w:sz w:val="20"/>
        </w:rPr>
        <w:t>Signature du médecin :</w:t>
      </w:r>
    </w:p>
    <w:p>
      <w:r>
        <w:rPr>
          <w:b w:val="0"/>
          <w:sz w:val="20"/>
        </w:rPr>
        <w:t>______________________________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MEDECIN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https://juridique-administration.com/modele-certificat-medical-resiliation-salle-de-sport/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certificat-medical-resiliation-salle-de-spor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