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MUTUELLE OBLIGATOIRE CONJOINT</w:t>
      </w:r>
    </w:p>
    <w:p/>
    <w:p/>
    <w:p>
      <w:r>
        <w:rPr>
          <w:b w:val="0"/>
          <w:sz w:val="20"/>
        </w:rPr>
        <w:t>Je soussigné(e), ________________________________, agissant en qualité de titulaire du contrat de mutuelle santé obligatoire, atteste par la présente que :</w:t>
      </w:r>
    </w:p>
    <w:p/>
    <w:p>
      <w:r>
        <w:rPr>
          <w:b/>
          <w:sz w:val="20"/>
        </w:rPr>
        <w:t>Nom du conjoint : _________________________________________________</w:t>
      </w:r>
    </w:p>
    <w:p>
      <w:r>
        <w:rPr>
          <w:b/>
          <w:sz w:val="20"/>
        </w:rPr>
        <w:t>Prénom du conjoint : _______________________________________________</w:t>
      </w:r>
    </w:p>
    <w:p>
      <w:r>
        <w:rPr>
          <w:b/>
          <w:sz w:val="20"/>
        </w:rPr>
        <w:t>Date de naissance : _______________________________________________</w:t>
      </w:r>
    </w:p>
    <w:p>
      <w:r>
        <w:rPr>
          <w:b/>
          <w:sz w:val="20"/>
        </w:rPr>
        <w:t>Lien de parenté : Conjoint / Partenaire lié par un PACS / Concubin</w:t>
      </w:r>
    </w:p>
    <w:p/>
    <w:p>
      <w:r>
        <w:rPr>
          <w:b/>
          <w:sz w:val="20"/>
        </w:rPr>
        <w:t>Le conjoint susnommé bénéficie à ce jour de la couverture santé complémentaire obligatoire prévue par le contrat souscrit auprès de l’organisme mutualiste :</w:t>
      </w:r>
    </w:p>
    <w:p>
      <w:r>
        <w:rPr>
          <w:b w:val="0"/>
          <w:sz w:val="20"/>
        </w:rPr>
        <w:t>Nom de la mutuelle : _______________________________________________</w:t>
      </w:r>
    </w:p>
    <w:p>
      <w:r>
        <w:rPr>
          <w:b w:val="0"/>
          <w:sz w:val="20"/>
        </w:rPr>
        <w:t>Numéro de contrat : ________________________________________________</w:t>
      </w:r>
    </w:p>
    <w:p>
      <w:r>
        <w:rPr>
          <w:b w:val="0"/>
          <w:sz w:val="20"/>
        </w:rPr>
        <w:t>Date d’effet du contrat : ___________________________________________</w:t>
      </w:r>
    </w:p>
    <w:p/>
    <w:p>
      <w:r>
        <w:rPr>
          <w:b/>
          <w:sz w:val="20"/>
        </w:rPr>
        <w:t>Cette attestation est délivrée en vue de justifier la prise en charge du conjoint au titre de la mutuelle obligatoire, conformément aux dispositions légales et réglementaires en vigueur en France.</w:t>
      </w:r>
    </w:p>
    <w:p/>
    <w:p>
      <w:r>
        <w:rPr>
          <w:b/>
          <w:sz w:val="20"/>
        </w:rPr>
        <w:t>Le titulaire du contrat s’engage à informer immédiatement l’organisme assureur de tout changement de situation familiale ou professionnelle susceptible d’entraîner une modification ou une cessation de la couverture du conjoint.</w:t>
      </w:r>
    </w:p>
    <w:p/>
    <w:p>
      <w:r>
        <w:rPr>
          <w:b/>
          <w:sz w:val="20"/>
        </w:rPr>
        <w:t>La présente attestation est valable jusqu’à notification contraire de l’organisme assureur ou jusqu’à la fin du contrat de mutuelle santé obligatoire.</w:t>
      </w:r>
    </w:p>
    <w:p/>
    <w:p/>
    <w:p>
      <w:pPr>
        <w:jc w:val="center"/>
      </w:pPr>
      <w:r>
        <w:rPr>
          <w:b w:val="0"/>
          <w:sz w:val="20"/>
        </w:rPr>
        <w:t>Fait pour servir et valoir ce que de droit.</w:t>
      </w:r>
    </w:p>
    <w:p/>
    <w:p/>
    <w:p>
      <w:r>
        <w:rPr>
          <w:b w:val="0"/>
          <w:sz w:val="20"/>
        </w:rPr>
        <w:t>Lieu : _____________________________________________</w:t>
      </w:r>
    </w:p>
    <w:p>
      <w:r>
        <w:rPr>
          <w:b w:val="0"/>
          <w:sz w:val="20"/>
        </w:rPr>
        <w:t>Date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titulaire du contrat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Pour l’organisme mutualiste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et cachet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https://juridique-administration.com/modele-attestation-mutuelle-obligatoire-conjoint/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attestation-mutuelle-obligatoire-conjoi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