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GARDE EXCEPTIONNELLE PAR UN GRAND-PARENT</w:t>
      </w:r>
    </w:p>
    <w:p/>
    <w:p/>
    <w:p>
      <w:r>
        <w:rPr>
          <w:b/>
          <w:sz w:val="20"/>
        </w:rPr>
        <w:t>Je soussigné(e), ________________________________, né(e) le ____________________, demeurant à _______________________________________________, atteste par la présente assurer la garde exceptionnelle et temporaire de mon (ma) petit(e)-enfant :</w:t>
      </w:r>
    </w:p>
    <w:p/>
    <w:p>
      <w:r>
        <w:rPr>
          <w:b w:val="0"/>
          <w:sz w:val="20"/>
        </w:rPr>
        <w:t>Nom et prénom : _____________________________________________________________</w:t>
      </w:r>
    </w:p>
    <w:p>
      <w:r>
        <w:rPr>
          <w:b w:val="0"/>
          <w:sz w:val="20"/>
        </w:rPr>
        <w:t>Date de naissance : __________________________________________________________</w:t>
      </w:r>
    </w:p>
    <w:p>
      <w:r>
        <w:rPr>
          <w:b w:val="0"/>
          <w:sz w:val="20"/>
        </w:rPr>
        <w:t>Lieu de naissance : ___________________________________________________________</w:t>
      </w:r>
    </w:p>
    <w:p/>
    <w:p>
      <w:r>
        <w:rPr>
          <w:b w:val="0"/>
          <w:sz w:val="20"/>
        </w:rPr>
        <w:t>Lien de parenté : Grand-père / Grand-mère (rayer la mention inutile)</w:t>
      </w:r>
    </w:p>
    <w:p/>
    <w:p>
      <w:r>
        <w:rPr>
          <w:b/>
          <w:sz w:val="20"/>
        </w:rPr>
        <w:t>Motif de la garde exceptionnelle 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Durée de la garde :</w:t>
      </w:r>
    </w:p>
    <w:p>
      <w:r>
        <w:rPr>
          <w:b w:val="0"/>
          <w:sz w:val="20"/>
        </w:rPr>
        <w:t>Cette garde est assurée à titre exceptionnel et temporaire du ____________________ au ____________________.</w:t>
      </w:r>
    </w:p>
    <w:p/>
    <w:p>
      <w:r>
        <w:rPr>
          <w:b/>
          <w:sz w:val="20"/>
        </w:rPr>
        <w:t>Engagements du/de la grand-parent :</w:t>
      </w:r>
    </w:p>
    <w:p>
      <w:r>
        <w:rPr>
          <w:b w:val="0"/>
          <w:sz w:val="20"/>
        </w:rPr>
        <w:t>- Je m'engage à assurer la sécurité, la santé et le bien-être de mon (ma) petit(e)-enfant durant cette période.</w:t>
      </w:r>
    </w:p>
    <w:p>
      <w:r>
        <w:rPr>
          <w:b w:val="0"/>
          <w:sz w:val="20"/>
        </w:rPr>
        <w:t>- Je m'engage à respecter les instructions données par les parents concernant l'alimentation, le sommeil, la prise de médicaments et toute autre consigne particulière.</w:t>
      </w:r>
    </w:p>
    <w:p>
      <w:r>
        <w:rPr>
          <w:b w:val="0"/>
          <w:sz w:val="20"/>
        </w:rPr>
        <w:t>- Je certifie que cette garde ne fait pas l'objet d'une délégation de garde permanente ou d'une substitution à l'autorité parentale.</w:t>
      </w:r>
    </w:p>
    <w:p/>
    <w:p>
      <w:r>
        <w:rPr>
          <w:b/>
          <w:sz w:val="20"/>
        </w:rPr>
        <w:t>Je déclare que cette attestation est faite en toute bonne foi et que je ne fais pas obstacle à l'exercice de l'autorité parentale par les titulaires de cet droit.</w:t>
      </w:r>
    </w:p>
    <w:p/>
    <w:p/>
    <w:p>
      <w:r>
        <w:rPr>
          <w:b w:val="0"/>
          <w:sz w:val="20"/>
        </w:rPr>
        <w:t>Fait à : _______________________________________________________________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Le/la Grand-parent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Le/la Parent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https://juridique-administration.com/modele-attestation-garde-grand-parent/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attestation-garde-grand-parent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