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ATTESTATION D’EMPLOYEUR</w:t>
        <w:br/>
        <w:t>NON VERSEMENT DU SUPPLÉMENT FAMILIAL</w:t>
      </w:r>
    </w:p>
    <w:p/>
    <w:p/>
    <w:p>
      <w:r>
        <w:rPr>
          <w:b/>
          <w:sz w:val="20"/>
        </w:rPr>
        <w:t>Je soussigné(e),</w:t>
      </w:r>
    </w:p>
    <w:p>
      <w:r>
        <w:rPr>
          <w:b w:val="0"/>
          <w:sz w:val="20"/>
        </w:rPr>
        <w:t>Nom et prénom : ___________________________________________________________</w:t>
      </w:r>
    </w:p>
    <w:p>
      <w:r>
        <w:rPr>
          <w:b w:val="0"/>
          <w:sz w:val="20"/>
        </w:rPr>
        <w:t>Qualité dans l’entreprise : _________________________________________________</w:t>
      </w:r>
    </w:p>
    <w:p>
      <w:r>
        <w:rPr>
          <w:b w:val="0"/>
          <w:sz w:val="20"/>
        </w:rPr>
        <w:t>Nom de l’entreprise : ______________________________________________________</w:t>
      </w:r>
    </w:p>
    <w:p>
      <w:r>
        <w:rPr>
          <w:b w:val="0"/>
          <w:sz w:val="20"/>
        </w:rPr>
        <w:t>Adresse de l’entreprise : __________________________________________________</w:t>
      </w:r>
    </w:p>
    <w:p>
      <w:r>
        <w:rPr>
          <w:b w:val="0"/>
          <w:sz w:val="20"/>
        </w:rPr>
        <w:t>Numéro SIRET : ___________________________________________________________</w:t>
      </w:r>
    </w:p>
    <w:p/>
    <w:p>
      <w:r>
        <w:rPr>
          <w:b/>
          <w:sz w:val="20"/>
        </w:rPr>
        <w:t>Atteste que :</w:t>
      </w:r>
    </w:p>
    <w:p>
      <w:r>
        <w:rPr>
          <w:b w:val="0"/>
          <w:sz w:val="20"/>
        </w:rPr>
        <w:t>Nom et prénom du salarié : ________________________________________________</w:t>
      </w:r>
    </w:p>
    <w:p>
      <w:r>
        <w:rPr>
          <w:b w:val="0"/>
          <w:sz w:val="20"/>
        </w:rPr>
        <w:t>Date de naissance : _______________________________________________________</w:t>
      </w:r>
    </w:p>
    <w:p>
      <w:r>
        <w:rPr>
          <w:b w:val="0"/>
          <w:sz w:val="20"/>
        </w:rPr>
        <w:t>Adresse : _________________________________________________________________</w:t>
      </w:r>
    </w:p>
    <w:p>
      <w:r>
        <w:rPr>
          <w:b w:val="0"/>
          <w:sz w:val="20"/>
        </w:rPr>
        <w:t>Numéro de sécurité sociale : _______________________________________________</w:t>
      </w:r>
    </w:p>
    <w:p/>
    <w:p>
      <w:r>
        <w:rPr>
          <w:b/>
          <w:sz w:val="20"/>
        </w:rPr>
        <w:t>N’a pas perçu de supplément familial de traitement ou d’allocation familiale complémentaire au titre de l’année en cours.</w:t>
      </w:r>
    </w:p>
    <w:p/>
    <w:p>
      <w:r>
        <w:rPr>
          <w:b w:val="0"/>
          <w:sz w:val="20"/>
        </w:rPr>
        <w:t>Cette attestation est délivrée conformément aux dispositions du Code du travail et des prestations familiales,</w:t>
      </w:r>
    </w:p>
    <w:p>
      <w:r>
        <w:rPr>
          <w:b w:val="0"/>
          <w:sz w:val="20"/>
        </w:rPr>
        <w:t>en particulier l’article R. 553-1 du Code de la Sécurité sociale, afin de justifier du non versement du supplément familial</w:t>
      </w:r>
    </w:p>
    <w:p>
      <w:r>
        <w:rPr>
          <w:b w:val="0"/>
          <w:sz w:val="20"/>
        </w:rPr>
        <w:t>par l’employeur et permettre au salarié de faire valoir ses droits auprès des organismes compétents.</w:t>
      </w:r>
    </w:p>
    <w:p/>
    <w:p>
      <w:r>
        <w:rPr>
          <w:b w:val="0"/>
          <w:sz w:val="20"/>
        </w:rPr>
        <w:t>Je certifie exactes les informations ci-dessus et m’engage à en informer immédiatement l’organisme</w:t>
      </w:r>
    </w:p>
    <w:p>
      <w:r>
        <w:rPr>
          <w:b/>
          <w:sz w:val="20"/>
        </w:rPr>
        <w:t>concerné en cas de modification de la situation du salarié relative au supplément familial.</w:t>
      </w:r>
    </w:p>
    <w:p/>
    <w:p/>
    <w:p>
      <w:r>
        <w:rPr>
          <w:b w:val="0"/>
          <w:sz w:val="20"/>
        </w:rPr>
        <w:t>Fait à : _________________________________________________________________</w:t>
      </w:r>
    </w:p>
    <w:p>
      <w:r>
        <w:rPr>
          <w:b w:val="0"/>
          <w:sz w:val="20"/>
        </w:rPr>
        <w:t>Le : _____________________________________________________________________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Signature de l’employeur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Cachet de l’entreprise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https://juridique-administration.com/modele-attestation-employeur-non-versement-supplement-familial/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modele-attestation-employeur-non-versement-supplement-familial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