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PARTICIPATION À UNE FORMATION</w:t>
      </w:r>
    </w:p>
    <w:p/>
    <w:p/>
    <w:p>
      <w:r>
        <w:rPr>
          <w:b/>
          <w:sz w:val="20"/>
        </w:rPr>
        <w:t>Je soussigné(e), ________________________________________________________,</w:t>
      </w:r>
    </w:p>
    <w:p>
      <w:r>
        <w:rPr>
          <w:b w:val="0"/>
          <w:sz w:val="20"/>
        </w:rPr>
        <w:t>en qualité de responsable de la formation, atteste que :</w:t>
      </w:r>
    </w:p>
    <w:p/>
    <w:p>
      <w:r>
        <w:rPr>
          <w:b/>
          <w:sz w:val="20"/>
        </w:rPr>
        <w:t>Nom et Prénom du Participant : _________________________________________</w:t>
      </w:r>
    </w:p>
    <w:p>
      <w:r>
        <w:rPr>
          <w:b/>
          <w:sz w:val="20"/>
        </w:rPr>
        <w:t>Date de naissance : ___________________________________________________</w:t>
      </w:r>
    </w:p>
    <w:p>
      <w:r>
        <w:rPr>
          <w:b/>
          <w:sz w:val="20"/>
        </w:rPr>
        <w:t>Adresse : ______________________________________________________________</w:t>
      </w:r>
    </w:p>
    <w:p>
      <w:r>
        <w:rPr>
          <w:b/>
          <w:sz w:val="20"/>
        </w:rPr>
        <w:t>Numéro de téléphone : _________________________________________________</w:t>
      </w:r>
    </w:p>
    <w:p>
      <w:r>
        <w:rPr>
          <w:b/>
          <w:sz w:val="20"/>
        </w:rPr>
        <w:t>Adresse e-mail : _______________________________________________________</w:t>
      </w:r>
    </w:p>
    <w:p/>
    <w:p>
      <w:r>
        <w:rPr>
          <w:b/>
          <w:sz w:val="20"/>
        </w:rPr>
        <w:t>a suivi la formation intitulée :</w:t>
      </w:r>
    </w:p>
    <w:p>
      <w:pPr>
        <w:jc w:val="center"/>
      </w:pPr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organisée par __________________________________________________________</w:t>
      </w:r>
    </w:p>
    <w:p>
      <w:r>
        <w:rPr>
          <w:b/>
          <w:sz w:val="20"/>
        </w:rPr>
        <w:t>dont le siège social est situé à : ______________________________________</w:t>
      </w:r>
    </w:p>
    <w:p>
      <w:r>
        <w:rPr>
          <w:b/>
          <w:sz w:val="20"/>
        </w:rPr>
        <w:t>et dispensée par _______________________________________________________</w:t>
      </w:r>
    </w:p>
    <w:p/>
    <w:p>
      <w:r>
        <w:rPr>
          <w:b/>
          <w:sz w:val="20"/>
        </w:rPr>
        <w:t>Le lieu de formation : __________________________________________________</w:t>
      </w:r>
    </w:p>
    <w:p>
      <w:r>
        <w:rPr>
          <w:b/>
          <w:sz w:val="20"/>
        </w:rPr>
        <w:t>La durée totale de la formation est de : _________ heures</w:t>
      </w:r>
    </w:p>
    <w:p>
      <w:r>
        <w:rPr>
          <w:b/>
          <w:sz w:val="20"/>
        </w:rPr>
        <w:t>Modalités pédagogiques : _______________________________________________</w:t>
      </w:r>
    </w:p>
    <w:p/>
    <w:p>
      <w:r>
        <w:rPr>
          <w:b/>
          <w:sz w:val="20"/>
        </w:rPr>
        <w:t>Le contenu pédagogique comprenait notamment 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/>
          <w:sz w:val="20"/>
        </w:rPr>
        <w:t>Objectifs de la formation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Cette formation est conforme aux exigences légales et réglementaires en vigueur</w:t>
      </w:r>
    </w:p>
    <w:p>
      <w:r>
        <w:rPr>
          <w:b w:val="0"/>
          <w:sz w:val="20"/>
        </w:rPr>
        <w:t>au regard du Code du travail et des dispositions applicables relatives à la formation professionnelle continue.</w:t>
      </w:r>
    </w:p>
    <w:p/>
    <w:p>
      <w:r>
        <w:rPr>
          <w:b/>
          <w:sz w:val="20"/>
        </w:rPr>
        <w:t>Observations éventuelles 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/>
    <w:p>
      <w:r>
        <w:rPr>
          <w:b w:val="0"/>
          <w:sz w:val="20"/>
        </w:rPr>
        <w:t>Fait à : 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Responsable de la formation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Participant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https://juridique-administration.com/modele-attestation-de-participation-a-une-formation/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de-participation-a-une-form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