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LEVÉE DE RÉSERVE ÉLECTRIQUE</w:t>
      </w:r>
    </w:p>
    <w:p/>
    <w:p/>
    <w:p>
      <w:r>
        <w:rPr>
          <w:b/>
          <w:sz w:val="20"/>
        </w:rPr>
        <w:t>Je soussigné(e)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Qualité/Fonction : ______________________________________________</w:t>
      </w:r>
    </w:p>
    <w:p/>
    <w:p>
      <w:r>
        <w:rPr>
          <w:b/>
          <w:sz w:val="20"/>
        </w:rPr>
        <w:t>Atteste par la présente que la réserve électrique signalée concernant :</w:t>
      </w:r>
    </w:p>
    <w:p>
      <w:r>
        <w:rPr>
          <w:b w:val="0"/>
          <w:sz w:val="20"/>
        </w:rPr>
        <w:t>Lieu/Objet de l'intervention : ____________________________________</w:t>
      </w:r>
    </w:p>
    <w:p>
      <w:r>
        <w:rPr>
          <w:b w:val="0"/>
          <w:sz w:val="20"/>
        </w:rPr>
        <w:t>Référence contrat/commande (le cas échéant) : _____________________</w:t>
      </w:r>
    </w:p>
    <w:p/>
    <w:p>
      <w:r>
        <w:rPr>
          <w:b/>
          <w:sz w:val="20"/>
        </w:rPr>
        <w:t>A été levée conformément aux prescriptions et aux normes en vigueur,</w:t>
      </w:r>
    </w:p>
    <w:p>
      <w:r>
        <w:rPr>
          <w:b/>
          <w:sz w:val="20"/>
        </w:rPr>
        <w:t>après vérification complète et tests satisfaisants réalisés par mes soins ou sous ma responsabilité.</w:t>
      </w:r>
    </w:p>
    <w:p/>
    <w:p/>
    <w:p>
      <w:r>
        <w:rPr>
          <w:b/>
          <w:sz w:val="20"/>
        </w:rPr>
        <w:t>Description détaillée des travaux effectués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Les points suivants ont été contrôlés et validés :</w:t>
      </w:r>
    </w:p>
    <w:p>
      <w:r>
        <w:rPr>
          <w:b w:val="0"/>
          <w:sz w:val="20"/>
        </w:rPr>
        <w:t>- Mise à la terre conforme aux normes NF C 15-100</w:t>
      </w:r>
    </w:p>
    <w:p>
      <w:r>
        <w:rPr>
          <w:b w:val="0"/>
          <w:sz w:val="20"/>
        </w:rPr>
        <w:t>- Installation des protections différentielles opérationnelle</w:t>
      </w:r>
    </w:p>
    <w:p>
      <w:r>
        <w:rPr>
          <w:b w:val="0"/>
          <w:sz w:val="20"/>
        </w:rPr>
        <w:t>- Absence de défauts d’isolation</w:t>
      </w:r>
    </w:p>
    <w:p>
      <w:r>
        <w:rPr>
          <w:b w:val="0"/>
          <w:sz w:val="20"/>
        </w:rPr>
        <w:t>- Vérification du bon fonctionnement des dispositifs de sécurité</w:t>
      </w:r>
    </w:p>
    <w:p>
      <w:r>
        <w:rPr>
          <w:b w:val="0"/>
          <w:sz w:val="20"/>
        </w:rPr>
        <w:t>- Conformité du câblage et des connexions</w:t>
      </w:r>
    </w:p>
    <w:p>
      <w:r>
        <w:rPr>
          <w:b w:val="0"/>
          <w:sz w:val="20"/>
        </w:rPr>
        <w:t>- Respect des recommandations du fabricant et de la réglementation</w:t>
      </w:r>
    </w:p>
    <w:p/>
    <w:p>
      <w:r>
        <w:rPr>
          <w:b/>
          <w:sz w:val="20"/>
        </w:rPr>
        <w:t>Cette attestation est délivrée pour servir et valoir ce que de droit.</w:t>
      </w:r>
    </w:p>
    <w:p/>
    <w:p/>
    <w:p>
      <w:r>
        <w:rPr>
          <w:b w:val="0"/>
          <w:sz w:val="20"/>
        </w:rPr>
        <w:t>Fait à : ____________________________________</w:t>
      </w:r>
    </w:p>
    <w:p>
      <w:r>
        <w:rPr>
          <w:b w:val="0"/>
          <w:sz w:val="20"/>
        </w:rPr>
        <w:t>Le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Responsable/Émetteur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Client/Le Demandeur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https://juridique-administration.com/modele-attestation-de-levee-de-reserve-electrique/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de-levee-de-reserve-electriqu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