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D'AUTORITÉ PARENTALE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: __________________________________________________________</w:t>
      </w:r>
    </w:p>
    <w:p>
      <w:r>
        <w:rPr>
          <w:b w:val="0"/>
          <w:sz w:val="20"/>
        </w:rPr>
        <w:t>Prénom(s) : ____________________________________________________</w:t>
      </w:r>
    </w:p>
    <w:p>
      <w:r>
        <w:rPr>
          <w:b w:val="0"/>
          <w:sz w:val="20"/>
        </w:rPr>
        <w:t>Date de naissance : _____________________________________________</w:t>
      </w:r>
    </w:p>
    <w:p>
      <w:r>
        <w:rPr>
          <w:b w:val="0"/>
          <w:sz w:val="20"/>
        </w:rPr>
        <w:t>Lieu de naissance : 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/>
    <w:p>
      <w:r>
        <w:rPr>
          <w:b/>
          <w:sz w:val="20"/>
        </w:rPr>
        <w:t>Déclare par la présente attester ce qui suit :</w:t>
      </w:r>
    </w:p>
    <w:p/>
    <w:p>
      <w:r>
        <w:rPr>
          <w:b w:val="0"/>
          <w:sz w:val="20"/>
        </w:rPr>
        <w:t>Nom de l’enfant : _______________________________________________</w:t>
      </w:r>
    </w:p>
    <w:p>
      <w:r>
        <w:rPr>
          <w:b w:val="0"/>
          <w:sz w:val="20"/>
        </w:rPr>
        <w:t>Prénom(s) de l’enfant : _________________________________________</w:t>
      </w:r>
    </w:p>
    <w:p>
      <w:r>
        <w:rPr>
          <w:b w:val="0"/>
          <w:sz w:val="20"/>
        </w:rPr>
        <w:t>Date de naissance : _____________________________________________</w:t>
      </w:r>
    </w:p>
    <w:p>
      <w:r>
        <w:rPr>
          <w:b w:val="0"/>
          <w:sz w:val="20"/>
        </w:rPr>
        <w:t>Lieu de naissance : ______________________________________________</w:t>
      </w:r>
    </w:p>
    <w:p/>
    <w:p>
      <w:r>
        <w:rPr>
          <w:b/>
          <w:sz w:val="20"/>
        </w:rPr>
        <w:t>Je reconnais détenir l’autorité parentale sur l’enfant susmentionné conformément aux dispositions des articles 371-1 et suivants du Code civil français.</w:t>
      </w:r>
    </w:p>
    <w:p/>
    <w:p>
      <w:r>
        <w:rPr>
          <w:b/>
          <w:sz w:val="20"/>
        </w:rPr>
        <w:t>Cette autorité parentale me confère les droits et obligations suivants :</w:t>
      </w:r>
    </w:p>
    <w:p>
      <w:r>
        <w:rPr>
          <w:b w:val="0"/>
          <w:sz w:val="20"/>
        </w:rPr>
        <w:t>- Veiller à la santé, à la sécurité et à la moralité de l’enfant.</w:t>
      </w:r>
    </w:p>
    <w:p>
      <w:r>
        <w:rPr>
          <w:b w:val="0"/>
          <w:sz w:val="20"/>
        </w:rPr>
        <w:t>- Assurer son éducation et permettre son développement.</w:t>
      </w:r>
    </w:p>
    <w:p>
      <w:r>
        <w:rPr>
          <w:b w:val="0"/>
          <w:sz w:val="20"/>
        </w:rPr>
        <w:t>- Représenter l’enfant dans tous les actes de la vie civile.</w:t>
      </w:r>
    </w:p>
    <w:p>
      <w:r>
        <w:rPr>
          <w:b w:val="0"/>
          <w:sz w:val="20"/>
        </w:rPr>
        <w:t>- Veiller à l’exercice de ses droits et à sa protection.</w:t>
      </w:r>
    </w:p>
    <w:p/>
    <w:p>
      <w:r>
        <w:rPr>
          <w:b/>
          <w:sz w:val="20"/>
        </w:rPr>
        <w:t>Je donne par la présente mon autorisation expresse pour que l’enfant puisse :</w:t>
      </w:r>
    </w:p>
    <w:p>
      <w:r>
        <w:rPr>
          <w:b w:val="0"/>
          <w:sz w:val="20"/>
        </w:rPr>
        <w:t>- Voyager accompagné(e) par la personne suivante : _______________________________</w:t>
      </w:r>
    </w:p>
    <w:p>
      <w:r>
        <w:rPr>
          <w:b w:val="0"/>
          <w:sz w:val="20"/>
        </w:rPr>
        <w:t>- Participer aux activités scolaires, sportives ou extra-scolaires organisées sous ma responsabilité.</w:t>
      </w:r>
    </w:p>
    <w:p>
      <w:r>
        <w:rPr>
          <w:b w:val="0"/>
          <w:sz w:val="20"/>
        </w:rPr>
        <w:t>- Recevoir les soins médicaux nécessaires en cas d’urgence.</w:t>
      </w:r>
    </w:p>
    <w:p/>
    <w:p>
      <w:r>
        <w:rPr>
          <w:b/>
          <w:sz w:val="20"/>
        </w:rPr>
        <w:t>Je certifie que cette attestation est délivrée en toute connaissance de cause, sans contrainte et que je n’ai à ce jour connaissance d’aucune décision judiciaire limitant ou retirant mon autorité parentale.</w:t>
      </w:r>
    </w:p>
    <w:p/>
    <w:p>
      <w:r>
        <w:rPr>
          <w:b/>
          <w:sz w:val="20"/>
        </w:rPr>
        <w:t>Je m’engage à informer toute personne concernée de toute modification ultérieure relative à cette autorité parentale.</w:t>
      </w:r>
    </w:p>
    <w:p/>
    <w:p>
      <w:r>
        <w:rPr>
          <w:b w:val="0"/>
          <w:sz w:val="20"/>
        </w:rPr>
        <w:t>Fait à : ___________________________________________</w:t>
      </w:r>
    </w:p>
    <w:p>
      <w:r>
        <w:rPr>
          <w:b w:val="0"/>
          <w:sz w:val="20"/>
        </w:rPr>
        <w:t>Le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Déclarant(e)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(facultatif)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https://juridique-administration.com/modele-attestation-d'autorite-parentale/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d'autorite-parenta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