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D’ACCUEIL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________________________________________________</w:t>
      </w:r>
    </w:p>
    <w:p>
      <w:r>
        <w:rPr>
          <w:b w:val="0"/>
          <w:sz w:val="20"/>
        </w:rPr>
        <w:t>Adresse complète : _________________________________________________________</w:t>
      </w:r>
    </w:p>
    <w:p>
      <w:r>
        <w:rPr>
          <w:b w:val="0"/>
          <w:sz w:val="20"/>
        </w:rPr>
        <w:t>Numéro de téléphone : _____________________________________________________</w:t>
      </w:r>
    </w:p>
    <w:p/>
    <w:p>
      <w:r>
        <w:rPr>
          <w:b/>
          <w:sz w:val="20"/>
        </w:rPr>
        <w:t>Certifie avoir hébergé à mon domicile :</w:t>
      </w:r>
    </w:p>
    <w:p>
      <w:r>
        <w:rPr>
          <w:b w:val="0"/>
          <w:sz w:val="20"/>
        </w:rPr>
        <w:t>Nom et prénom de la personne accueillie : ___________________________________</w:t>
      </w:r>
    </w:p>
    <w:p>
      <w:r>
        <w:rPr>
          <w:b w:val="0"/>
          <w:sz w:val="20"/>
        </w:rPr>
        <w:t>Date et lieu de naissance : ________________________________________________</w:t>
      </w:r>
    </w:p>
    <w:p>
      <w:r>
        <w:rPr>
          <w:b w:val="0"/>
          <w:sz w:val="20"/>
        </w:rPr>
        <w:t>Nationalité : ______________________________________________________________</w:t>
      </w:r>
    </w:p>
    <w:p>
      <w:r>
        <w:rPr>
          <w:b w:val="0"/>
          <w:sz w:val="20"/>
        </w:rPr>
        <w:t>Lien avec la personne accueillie : __________________________________________</w:t>
      </w:r>
    </w:p>
    <w:p/>
    <w:p>
      <w:r>
        <w:rPr>
          <w:b/>
          <w:sz w:val="20"/>
        </w:rPr>
        <w:t>Durée de l’hébergement :</w:t>
      </w:r>
    </w:p>
    <w:p>
      <w:r>
        <w:rPr>
          <w:b w:val="0"/>
          <w:sz w:val="20"/>
        </w:rPr>
        <w:t>Du : ____________________________ Au : ________________________________</w:t>
      </w:r>
    </w:p>
    <w:p/>
    <w:p>
      <w:r>
        <w:rPr>
          <w:b w:val="0"/>
          <w:sz w:val="20"/>
        </w:rPr>
        <w:t>Adresse complète du lieu d’hébergement (identique à celle de l’hébergeant) 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Je certifie sur l’honneur l’exactitude des renseignements ci-dessus et m’engage à avertir la mairie en cas de changement de situation.</w:t>
      </w:r>
    </w:p>
    <w:p/>
    <w:p/>
    <w:p>
      <w:pPr>
        <w:jc w:val="center"/>
      </w:pPr>
      <w:r>
        <w:rPr>
          <w:b w:val="0"/>
          <w:sz w:val="20"/>
        </w:rPr>
        <w:t>Fait pour servir et valoir ce que de droit.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à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l’hébergeant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Lieu et date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</w:t>
            </w:r>
          </w:p>
        </w:tc>
      </w:tr>
    </w:tbl>
    <w:p/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- Copie de la pièce d’identité de l’hébergeant</w:t>
      </w:r>
    </w:p>
    <w:p>
      <w:r>
        <w:rPr>
          <w:b w:val="0"/>
          <w:sz w:val="20"/>
        </w:rPr>
        <w:t>- Copie de la pièce d’identité de la personne accueillie</w:t>
      </w:r>
    </w:p>
    <w:p/>
    <w:p>
      <w:r>
        <w:rPr>
          <w:b/>
          <w:sz w:val="20"/>
        </w:rPr>
        <w:t>Conformément à l’article L. 611-5 du Code de l’entrée et du séjour des étrangers et du droit d’asile, cette attestation d’accueil est délivrée à titre personnel et ne peut servir à justifier d’une adresse pour une autre personne que celle désignée ci-dessus.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https://juridique-administration.com/modele-attestation-d'accueil/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d'accuei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